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02FD" w14:paraId="2646A988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0AE744F8" w14:textId="3B330438" w:rsidR="00AC02FD" w:rsidRDefault="00AC02FD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54D8488" w14:textId="77777777" w:rsidR="00AC02FD" w:rsidRDefault="00AC02F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9E23636" w14:textId="77777777" w:rsidR="00AC02FD" w:rsidRDefault="00AC02FD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AC02FD" w14:paraId="676F247F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FE2A02B" w14:textId="77777777" w:rsidR="00AC02FD" w:rsidRDefault="00AC02FD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42782B0" w14:textId="77777777" w:rsidR="00AC02FD" w:rsidRDefault="00AC02F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ACD7785" w14:textId="55C97062" w:rsidR="00AC02FD" w:rsidRDefault="00153C1D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AC02FD" w14:paraId="6F14DBF5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DD80DA8" w14:textId="77777777" w:rsidR="00AC02FD" w:rsidRDefault="00AC02FD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5490A0A0" w14:textId="77777777" w:rsidR="00AC02FD" w:rsidRDefault="00AC02FD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4B6EF59D" w14:textId="5B03BCED" w:rsidR="00AC02FD" w:rsidRDefault="00153C1D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AD1598E" w14:textId="77777777" w:rsidR="00AC02FD" w:rsidRDefault="00AC02F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C658E67" w14:textId="2BEAFB6D" w:rsidR="00AC02FD" w:rsidRDefault="00BB2425" w:rsidP="00D145C9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C</w:t>
            </w:r>
            <w:r w:rsidR="00153C1D">
              <w:rPr>
                <w:i/>
                <w:color w:val="000000" w:themeColor="text1"/>
                <w:sz w:val="18"/>
                <w:szCs w:val="18"/>
              </w:rPr>
              <w:t>omuna</w:t>
            </w:r>
            <w:proofErr w:type="spellEnd"/>
            <w:r w:rsidR="00153C1D">
              <w:rPr>
                <w:i/>
                <w:color w:val="000000" w:themeColor="text1"/>
                <w:sz w:val="18"/>
                <w:szCs w:val="18"/>
              </w:rPr>
              <w:t xml:space="preserve"> Nicolae Bălcescu, sat Nicolae Bălcescu, </w:t>
            </w:r>
            <w:proofErr w:type="spellStart"/>
            <w:r w:rsidR="00153C1D">
              <w:rPr>
                <w:i/>
                <w:color w:val="000000" w:themeColor="text1"/>
                <w:sz w:val="18"/>
                <w:szCs w:val="18"/>
              </w:rPr>
              <w:t>strada</w:t>
            </w:r>
            <w:proofErr w:type="spellEnd"/>
            <w:r w:rsidR="00153C1D"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153C1D">
              <w:rPr>
                <w:i/>
                <w:color w:val="000000" w:themeColor="text1"/>
                <w:sz w:val="18"/>
                <w:szCs w:val="18"/>
              </w:rPr>
              <w:t>Eroilor</w:t>
            </w:r>
            <w:proofErr w:type="spellEnd"/>
            <w:r w:rsidR="00153C1D">
              <w:rPr>
                <w:i/>
                <w:color w:val="000000" w:themeColor="text1"/>
                <w:sz w:val="18"/>
                <w:szCs w:val="18"/>
              </w:rPr>
              <w:t xml:space="preserve">, nr.380, </w:t>
            </w:r>
            <w:proofErr w:type="spellStart"/>
            <w:r w:rsidR="00153C1D">
              <w:rPr>
                <w:i/>
                <w:color w:val="000000" w:themeColor="text1"/>
                <w:sz w:val="18"/>
                <w:szCs w:val="18"/>
              </w:rPr>
              <w:t>județul</w:t>
            </w:r>
            <w:proofErr w:type="spellEnd"/>
            <w:r w:rsidR="00153C1D">
              <w:rPr>
                <w:i/>
                <w:color w:val="000000" w:themeColor="text1"/>
                <w:sz w:val="18"/>
                <w:szCs w:val="18"/>
              </w:rPr>
              <w:t xml:space="preserve"> Bacău, tel.0234214071, email: registratura@primaria-nicolae-balcescu.ro</w:t>
            </w:r>
            <w:r w:rsidR="00AC02FD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AC02FD" w14:paraId="753D1DA1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0E473E58" w14:textId="77777777" w:rsidR="00AC02FD" w:rsidRDefault="00AC02FD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5E2F5EA7" w14:textId="77777777" w:rsidR="00AC02FD" w:rsidRDefault="00AC02FD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A4F1EB5" w14:textId="77777777" w:rsidR="00AC02FD" w:rsidRDefault="00AC02FD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859F121" w14:textId="77777777" w:rsidR="00AC02FD" w:rsidRDefault="00AC02FD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D843DA1" w14:textId="77777777" w:rsidR="00AC02FD" w:rsidRDefault="00AC02FD" w:rsidP="00D145C9">
            <w:pPr>
              <w:keepNext/>
            </w:pPr>
          </w:p>
        </w:tc>
      </w:tr>
      <w:tr w:rsidR="00AC02FD" w14:paraId="48AEDE49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4A6A904" w14:textId="77777777" w:rsidR="00AC02FD" w:rsidRDefault="00AC02FD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13E19F46" w:rsidR="00AD35FD" w:rsidRPr="005E6036" w:rsidRDefault="003E1F48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3E1F48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3E1F4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 w:rsidTr="00FB1B94">
        <w:trPr>
          <w:cantSplit/>
          <w:trHeight w:val="510"/>
        </w:trPr>
        <w:tc>
          <w:tcPr>
            <w:tcW w:w="9636" w:type="dxa"/>
          </w:tcPr>
          <w:p w14:paraId="29E26C9F" w14:textId="77F2AE77" w:rsidR="00AC02FD" w:rsidRPr="00AC02FD" w:rsidRDefault="00153C1D" w:rsidP="00FB1B94">
            <w:pPr>
              <w:keepNext/>
              <w:spacing w:before="40"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3E1F48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3E1F48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3E1F4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3E1F4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3E1F4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3E1F48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3E1F48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3E1F48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3E1F4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3E1F48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3E1F4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3E1F48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3E1F48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3E1F48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3E1F48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3E1F48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3E1F4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3E1F4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3E1F4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3E1F48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3E1F48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3E1F4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3E1F4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3E1F48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3E1F48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3E1F4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3E1F48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3E1F4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3E1F4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69A7" w14:textId="77777777" w:rsidR="00582B12" w:rsidRDefault="00582B12">
      <w:r>
        <w:separator/>
      </w:r>
    </w:p>
  </w:endnote>
  <w:endnote w:type="continuationSeparator" w:id="0">
    <w:p w14:paraId="25446787" w14:textId="77777777" w:rsidR="00582B12" w:rsidRDefault="0058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0FB3DE75" w:rsidR="00AD35FD" w:rsidRDefault="003E1F48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B1B94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B1B94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AE78" w14:textId="77777777" w:rsidR="00582B12" w:rsidRDefault="00582B12">
      <w:r>
        <w:separator/>
      </w:r>
    </w:p>
  </w:footnote>
  <w:footnote w:type="continuationSeparator" w:id="0">
    <w:p w14:paraId="2C0F0D8D" w14:textId="77777777" w:rsidR="00582B12" w:rsidRDefault="00582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306693">
    <w:abstractNumId w:val="8"/>
  </w:num>
  <w:num w:numId="2" w16cid:durableId="1558515602">
    <w:abstractNumId w:val="6"/>
  </w:num>
  <w:num w:numId="3" w16cid:durableId="772241958">
    <w:abstractNumId w:val="5"/>
  </w:num>
  <w:num w:numId="4" w16cid:durableId="1991320805">
    <w:abstractNumId w:val="4"/>
  </w:num>
  <w:num w:numId="5" w16cid:durableId="1028726532">
    <w:abstractNumId w:val="7"/>
  </w:num>
  <w:num w:numId="6" w16cid:durableId="79720182">
    <w:abstractNumId w:val="3"/>
  </w:num>
  <w:num w:numId="7" w16cid:durableId="262110769">
    <w:abstractNumId w:val="2"/>
  </w:num>
  <w:num w:numId="8" w16cid:durableId="857618993">
    <w:abstractNumId w:val="1"/>
  </w:num>
  <w:num w:numId="9" w16cid:durableId="297075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C1D"/>
    <w:rsid w:val="001D6E6F"/>
    <w:rsid w:val="0029639D"/>
    <w:rsid w:val="00326F90"/>
    <w:rsid w:val="003A75F7"/>
    <w:rsid w:val="003E1F48"/>
    <w:rsid w:val="00582B12"/>
    <w:rsid w:val="005E6036"/>
    <w:rsid w:val="006C103E"/>
    <w:rsid w:val="007050CD"/>
    <w:rsid w:val="008E3393"/>
    <w:rsid w:val="009A44BD"/>
    <w:rsid w:val="00AA1D8D"/>
    <w:rsid w:val="00AC02FD"/>
    <w:rsid w:val="00AD35FD"/>
    <w:rsid w:val="00B02672"/>
    <w:rsid w:val="00B24305"/>
    <w:rsid w:val="00B47730"/>
    <w:rsid w:val="00B769B5"/>
    <w:rsid w:val="00BB2425"/>
    <w:rsid w:val="00CB0664"/>
    <w:rsid w:val="00E61A6B"/>
    <w:rsid w:val="00FB1B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168B0F-1EDE-4ECB-B6C1-45C2D4255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3</cp:revision>
  <cp:lastPrinted>2026-09-04T06:46:00Z</cp:lastPrinted>
  <dcterms:created xsi:type="dcterms:W3CDTF">2026-09-04T06:48:00Z</dcterms:created>
  <dcterms:modified xsi:type="dcterms:W3CDTF">2026-09-04T09:45:00Z</dcterms:modified>
  <cp:category/>
</cp:coreProperties>
</file>