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4E50B3" w14:paraId="384A502B" w14:textId="77777777" w:rsidTr="00D145C9">
        <w:trPr>
          <w:cantSplit/>
          <w:trHeight w:val="510"/>
        </w:trPr>
        <w:tc>
          <w:tcPr>
            <w:tcW w:w="1606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56668D26" w14:textId="3DF38E89" w:rsidR="004E50B3" w:rsidRDefault="004E50B3" w:rsidP="00D145C9">
            <w:pPr>
              <w:keepNext/>
              <w:jc w:val="center"/>
            </w:pPr>
          </w:p>
        </w:tc>
        <w:tc>
          <w:tcPr>
            <w:tcW w:w="803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3741D5F4" w14:textId="77777777" w:rsidR="004E50B3" w:rsidRDefault="004E50B3" w:rsidP="00D145C9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73B9C1BC" w14:textId="77777777" w:rsidR="004E50B3" w:rsidRDefault="004E50B3" w:rsidP="00D145C9">
            <w:pPr>
              <w:keepNext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</w:rPr>
              <w:t>BACĂU</w:t>
            </w:r>
          </w:p>
        </w:tc>
      </w:tr>
      <w:tr w:rsidR="004E50B3" w14:paraId="3677B00A" w14:textId="77777777" w:rsidTr="00D145C9">
        <w:trPr>
          <w:cantSplit/>
          <w:trHeight w:val="510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15F259AA" w14:textId="77777777" w:rsidR="004E50B3" w:rsidRDefault="004E50B3" w:rsidP="00D145C9"/>
        </w:tc>
        <w:tc>
          <w:tcPr>
            <w:tcW w:w="803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0D6692A5" w14:textId="77777777" w:rsidR="004E50B3" w:rsidRDefault="004E50B3" w:rsidP="00D145C9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33148D26" w14:textId="03B53173" w:rsidR="004E50B3" w:rsidRDefault="005D4920" w:rsidP="00D145C9">
            <w:pPr>
              <w:keepNext/>
              <w:spacing w:before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COMUNA NICOLAE BĂLCESCU</w:t>
            </w:r>
          </w:p>
        </w:tc>
      </w:tr>
      <w:tr w:rsidR="004E50B3" w14:paraId="3D71AE19" w14:textId="77777777" w:rsidTr="00D145C9">
        <w:trPr>
          <w:cantSplit/>
          <w:trHeight w:val="510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28A9432E" w14:textId="77777777" w:rsidR="004E50B3" w:rsidRDefault="004E50B3" w:rsidP="00D145C9"/>
        </w:tc>
        <w:tc>
          <w:tcPr>
            <w:tcW w:w="240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0083037F" w14:textId="77777777" w:rsidR="004E50B3" w:rsidRDefault="004E50B3" w:rsidP="00D145C9">
            <w:pPr>
              <w:keepNext/>
              <w:rPr>
                <w:lang w:val="fr-FR"/>
              </w:rPr>
            </w:pPr>
            <w:r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>
              <w:rPr>
                <w:b/>
                <w:color w:val="0D5F78"/>
                <w:lang w:val="fr-FR"/>
              </w:rPr>
              <w:t>identificare</w:t>
            </w:r>
            <w:proofErr w:type="spellEnd"/>
            <w:r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>
              <w:rPr>
                <w:b/>
                <w:color w:val="0D5F78"/>
                <w:lang w:val="fr-FR"/>
              </w:rPr>
              <w:t>fiscală</w:t>
            </w:r>
            <w:proofErr w:type="spellEnd"/>
            <w:r>
              <w:rPr>
                <w:b/>
                <w:color w:val="0D5F78"/>
                <w:lang w:val="fr-FR"/>
              </w:rPr>
              <w:t xml:space="preserve"> (CIF)</w:t>
            </w:r>
          </w:p>
          <w:p w14:paraId="3D29D310" w14:textId="7E9BD6B1" w:rsidR="004E50B3" w:rsidRDefault="005D4920" w:rsidP="00D145C9">
            <w:pPr>
              <w:keepNext/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4353234</w:t>
            </w:r>
          </w:p>
        </w:tc>
        <w:tc>
          <w:tcPr>
            <w:tcW w:w="5621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05F259F5" w14:textId="41E35460" w:rsidR="004E50B3" w:rsidRPr="005D4920" w:rsidRDefault="005D4920" w:rsidP="005D4920">
            <w:pPr>
              <w:keepNext/>
              <w:rPr>
                <w:b/>
                <w:bCs/>
                <w:color w:val="0D5F78"/>
                <w:lang w:val="ro-RO"/>
              </w:rPr>
            </w:pPr>
            <w:r w:rsidRPr="005D4920">
              <w:rPr>
                <w:b/>
                <w:color w:val="0D5F78"/>
                <w:lang w:val="ro-RO"/>
              </w:rPr>
              <w:t xml:space="preserve">Adresa oficială </w:t>
            </w:r>
            <w:r w:rsidRPr="005D4920">
              <w:rPr>
                <w:b/>
                <w:bCs/>
                <w:color w:val="0D5F78"/>
                <w:lang w:val="ro-RO"/>
              </w:rPr>
              <w:t>Adresa oficială – strada Eroilor, nr.380, sat Nicolae Bălcescu, comuna Nicolae Bălcescu. Județul Bacău, tel.0234214071, registratura@primaria-nicolae-balcescu.ro</w:t>
            </w:r>
            <w:r w:rsidR="004E50B3">
              <w:rPr>
                <w:i/>
                <w:color w:val="7A7A7A"/>
                <w:sz w:val="18"/>
                <w:szCs w:val="18"/>
              </w:rPr>
              <w:t xml:space="preserve"> </w:t>
            </w:r>
          </w:p>
        </w:tc>
      </w:tr>
      <w:tr w:rsidR="004E50B3" w14:paraId="0B9B95D0" w14:textId="77777777" w:rsidTr="00D145C9">
        <w:trPr>
          <w:cantSplit/>
          <w:trHeight w:val="510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vAlign w:val="center"/>
            <w:hideMark/>
          </w:tcPr>
          <w:p w14:paraId="4D30C15C" w14:textId="77777777" w:rsidR="004E50B3" w:rsidRDefault="004E50B3" w:rsidP="00D145C9"/>
        </w:tc>
        <w:tc>
          <w:tcPr>
            <w:tcW w:w="481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6276BCD0" w14:textId="77777777" w:rsidR="004E50B3" w:rsidRDefault="004E50B3" w:rsidP="00D145C9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003661F7" w14:textId="77777777" w:rsidR="004E50B3" w:rsidRDefault="004E50B3" w:rsidP="00D145C9">
            <w:pPr>
              <w:keepNext/>
            </w:pPr>
          </w:p>
        </w:tc>
        <w:tc>
          <w:tcPr>
            <w:tcW w:w="321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4158F182" w14:textId="77777777" w:rsidR="004E50B3" w:rsidRDefault="004E50B3" w:rsidP="00D145C9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0C35EB96" w14:textId="77777777" w:rsidR="004E50B3" w:rsidRDefault="004E50B3" w:rsidP="00D145C9">
            <w:pPr>
              <w:keepNext/>
            </w:pPr>
          </w:p>
        </w:tc>
      </w:tr>
      <w:tr w:rsidR="004E50B3" w14:paraId="238622B1" w14:textId="77777777" w:rsidTr="00D145C9">
        <w:trPr>
          <w:cantSplit/>
        </w:trPr>
        <w:tc>
          <w:tcPr>
            <w:tcW w:w="963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6ACF0881" w14:textId="77777777" w:rsidR="004E50B3" w:rsidRDefault="004E50B3" w:rsidP="00D145C9">
            <w:pPr>
              <w:rPr>
                <w:lang w:val="fr-FR"/>
              </w:rPr>
            </w:pPr>
            <w:r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>
              <w:rPr>
                <w:i/>
                <w:color w:val="595959"/>
                <w:lang w:val="fr-FR"/>
              </w:rPr>
              <w:t>se</w:t>
            </w:r>
            <w:proofErr w:type="gram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completează</w:t>
            </w:r>
            <w:proofErr w:type="spellEnd"/>
            <w:r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>
              <w:rPr>
                <w:i/>
                <w:color w:val="595959"/>
                <w:lang w:val="fr-FR"/>
              </w:rPr>
              <w:t>autoritate</w:t>
            </w:r>
            <w:proofErr w:type="spellEnd"/>
            <w:r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>
              <w:rPr>
                <w:i/>
                <w:color w:val="595959"/>
                <w:lang w:val="fr-FR"/>
              </w:rPr>
              <w:t>solicitantul</w:t>
            </w:r>
            <w:proofErr w:type="spellEnd"/>
            <w:r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>
              <w:rPr>
                <w:i/>
                <w:color w:val="595959"/>
                <w:lang w:val="fr-FR"/>
              </w:rPr>
              <w:t>scrie</w:t>
            </w:r>
            <w:proofErr w:type="spell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în</w:t>
            </w:r>
            <w:proofErr w:type="spell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această</w:t>
            </w:r>
            <w:proofErr w:type="spellEnd"/>
            <w:r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0EFADD9B" w14:textId="77777777" w:rsidR="00C85C0B" w:rsidRPr="003A7070" w:rsidRDefault="00554033">
      <w:pPr>
        <w:spacing w:before="140" w:after="40"/>
        <w:jc w:val="center"/>
        <w:rPr>
          <w:sz w:val="28"/>
          <w:szCs w:val="28"/>
        </w:rPr>
      </w:pPr>
      <w:r w:rsidRPr="003A7070">
        <w:rPr>
          <w:b/>
          <w:sz w:val="28"/>
          <w:szCs w:val="28"/>
        </w:rPr>
        <w:t>ÎNȘTIINȚARE</w:t>
      </w:r>
    </w:p>
    <w:p w14:paraId="49143762" w14:textId="77777777" w:rsidR="00C85C0B" w:rsidRDefault="00554033">
      <w:pPr>
        <w:spacing w:after="120"/>
        <w:jc w:val="center"/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finalizarea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notificate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și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solicitarea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participării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reprezentantului</w:t>
      </w:r>
      <w:proofErr w:type="spellEnd"/>
      <w:r>
        <w:rPr>
          <w:sz w:val="19"/>
        </w:rPr>
        <w:t xml:space="preserve"> UAT la </w:t>
      </w:r>
      <w:proofErr w:type="spellStart"/>
      <w:r>
        <w:rPr>
          <w:sz w:val="19"/>
        </w:rPr>
        <w:t>recepție</w:t>
      </w:r>
      <w:proofErr w:type="spellEnd"/>
    </w:p>
    <w:p w14:paraId="279D8DA9" w14:textId="77777777" w:rsidR="00C85C0B" w:rsidRDefault="00C85C0B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85C0B" w14:paraId="3C6CD726" w14:textId="77777777">
        <w:trPr>
          <w:cantSplit/>
        </w:trPr>
        <w:tc>
          <w:tcPr>
            <w:tcW w:w="9636" w:type="dxa"/>
            <w:shd w:val="clear" w:color="auto" w:fill="F4F4F4"/>
          </w:tcPr>
          <w:p w14:paraId="625044D0" w14:textId="77777777" w:rsidR="00C85C0B" w:rsidRDefault="00554033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C85C0B" w:rsidRPr="00150E80" w14:paraId="037E1A48" w14:textId="77777777">
        <w:trPr>
          <w:cantSplit/>
          <w:trHeight w:val="510"/>
        </w:trPr>
        <w:tc>
          <w:tcPr>
            <w:tcW w:w="9636" w:type="dxa"/>
          </w:tcPr>
          <w:p w14:paraId="3686A2C0" w14:textId="77777777" w:rsidR="00C85C0B" w:rsidRPr="00150E80" w:rsidRDefault="00554033">
            <w:pPr>
              <w:keepNext/>
              <w:rPr>
                <w:lang w:val="fr-FR"/>
              </w:rPr>
            </w:pPr>
            <w:proofErr w:type="spellStart"/>
            <w:r w:rsidRPr="00150E80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437F1C7F" w14:textId="67A21358" w:rsidR="004E50B3" w:rsidRPr="005A1E13" w:rsidRDefault="005D4920" w:rsidP="004E50B3">
            <w:pPr>
              <w:keepNext/>
              <w:rPr>
                <w:color w:val="000000" w:themeColor="text1"/>
                <w:sz w:val="22"/>
                <w:lang w:val="fr-FR"/>
              </w:rPr>
            </w:pPr>
            <w:proofErr w:type="spellStart"/>
            <w:r>
              <w:rPr>
                <w:color w:val="000000" w:themeColor="text1"/>
                <w:sz w:val="22"/>
                <w:lang w:val="fr-FR"/>
              </w:rPr>
              <w:t>Primarul</w:t>
            </w:r>
            <w:proofErr w:type="spellEnd"/>
            <w:r>
              <w:rPr>
                <w:color w:val="000000" w:themeColor="text1"/>
                <w:sz w:val="22"/>
                <w:lang w:val="fr-FR"/>
              </w:rPr>
              <w:t xml:space="preserve"> </w:t>
            </w:r>
            <w:proofErr w:type="spellStart"/>
            <w:r>
              <w:rPr>
                <w:color w:val="000000" w:themeColor="text1"/>
                <w:sz w:val="22"/>
                <w:lang w:val="fr-FR"/>
              </w:rPr>
              <w:t>comunei</w:t>
            </w:r>
            <w:proofErr w:type="spellEnd"/>
            <w:r>
              <w:rPr>
                <w:color w:val="000000" w:themeColor="text1"/>
                <w:sz w:val="22"/>
                <w:lang w:val="fr-FR"/>
              </w:rPr>
              <w:t xml:space="preserve"> Nicolae Bălcescu</w:t>
            </w:r>
          </w:p>
          <w:p w14:paraId="3662B31C" w14:textId="77777777" w:rsidR="00C85C0B" w:rsidRPr="00150E80" w:rsidRDefault="00C85C0B">
            <w:pPr>
              <w:keepNext/>
              <w:rPr>
                <w:lang w:val="fr-FR"/>
              </w:rPr>
            </w:pPr>
          </w:p>
        </w:tc>
      </w:tr>
      <w:tr w:rsidR="00C85C0B" w:rsidRPr="00150E80" w14:paraId="2EC5D0A0" w14:textId="77777777">
        <w:trPr>
          <w:cantSplit/>
        </w:trPr>
        <w:tc>
          <w:tcPr>
            <w:tcW w:w="9636" w:type="dxa"/>
            <w:shd w:val="clear" w:color="auto" w:fill="F4F4F4"/>
          </w:tcPr>
          <w:p w14:paraId="17C2FF38" w14:textId="77777777" w:rsidR="00C85C0B" w:rsidRPr="00150E80" w:rsidRDefault="00554033">
            <w:pPr>
              <w:spacing w:line="228" w:lineRule="auto"/>
              <w:rPr>
                <w:lang w:val="fr-FR"/>
              </w:rPr>
            </w:pPr>
            <w:proofErr w:type="spellStart"/>
            <w:r w:rsidRPr="00150E80">
              <w:rPr>
                <w:lang w:val="fr-FR"/>
              </w:rPr>
              <w:t>Cererea</w:t>
            </w:r>
            <w:proofErr w:type="spellEnd"/>
            <w:r w:rsidRPr="00150E80">
              <w:rPr>
                <w:lang w:val="fr-FR"/>
              </w:rPr>
              <w:t xml:space="preserve"> va fi </w:t>
            </w:r>
            <w:proofErr w:type="spellStart"/>
            <w:r w:rsidRPr="00150E80">
              <w:rPr>
                <w:lang w:val="fr-FR"/>
              </w:rPr>
              <w:t>transmisă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către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președintele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consiliului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județean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general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de </w:t>
            </w:r>
            <w:proofErr w:type="spellStart"/>
            <w:r w:rsidRPr="00150E80">
              <w:rPr>
                <w:lang w:val="fr-FR"/>
              </w:rPr>
              <w:t>sector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sau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municipiului</w:t>
            </w:r>
            <w:proofErr w:type="spellEnd"/>
            <w:r w:rsidRPr="00150E80">
              <w:rPr>
                <w:lang w:val="fr-FR"/>
              </w:rPr>
              <w:t xml:space="preserve"> / </w:t>
            </w:r>
            <w:proofErr w:type="spellStart"/>
            <w:r w:rsidRPr="00150E80">
              <w:rPr>
                <w:lang w:val="fr-FR"/>
              </w:rPr>
              <w:t>orașului</w:t>
            </w:r>
            <w:proofErr w:type="spellEnd"/>
            <w:r w:rsidRPr="00150E80">
              <w:rPr>
                <w:lang w:val="fr-FR"/>
              </w:rPr>
              <w:t xml:space="preserve"> / </w:t>
            </w:r>
            <w:proofErr w:type="spellStart"/>
            <w:r w:rsidRPr="00150E80">
              <w:rPr>
                <w:lang w:val="fr-FR"/>
              </w:rPr>
              <w:t>comunei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după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caz</w:t>
            </w:r>
            <w:proofErr w:type="spellEnd"/>
            <w:r w:rsidRPr="00150E80">
              <w:rPr>
                <w:lang w:val="fr-FR"/>
              </w:rPr>
              <w:t>.</w:t>
            </w:r>
          </w:p>
        </w:tc>
      </w:tr>
    </w:tbl>
    <w:p w14:paraId="75E15653" w14:textId="77777777" w:rsidR="00C85C0B" w:rsidRPr="00150E80" w:rsidRDefault="00C85C0B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C85C0B" w14:paraId="4CD31CB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0B9A3F0" w14:textId="77777777" w:rsidR="00C85C0B" w:rsidRDefault="00554033">
            <w:pPr>
              <w:keepNext/>
            </w:pPr>
            <w:r w:rsidRPr="00150E80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C85C0B" w14:paraId="40A1A9A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A012285" w14:textId="77777777" w:rsidR="00C85C0B" w:rsidRDefault="00554033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78962F31" w14:textId="77777777" w:rsidR="00C85C0B" w:rsidRDefault="00C85C0B">
            <w:pPr>
              <w:keepNext/>
            </w:pPr>
          </w:p>
        </w:tc>
        <w:tc>
          <w:tcPr>
            <w:tcW w:w="4015" w:type="dxa"/>
            <w:gridSpan w:val="3"/>
          </w:tcPr>
          <w:p w14:paraId="349D53B4" w14:textId="77777777" w:rsidR="00C85C0B" w:rsidRDefault="00554033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12A0DF42" w14:textId="77777777" w:rsidR="00C85C0B" w:rsidRDefault="00C85C0B">
            <w:pPr>
              <w:keepNext/>
            </w:pPr>
          </w:p>
        </w:tc>
      </w:tr>
      <w:tr w:rsidR="00C85C0B" w14:paraId="56206DC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F6AB90" w14:textId="77777777" w:rsidR="00C85C0B" w:rsidRDefault="00554033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C85C0B" w14:paraId="7C029D77" w14:textId="77777777">
        <w:trPr>
          <w:cantSplit/>
          <w:trHeight w:val="510"/>
        </w:trPr>
        <w:tc>
          <w:tcPr>
            <w:tcW w:w="1606" w:type="dxa"/>
          </w:tcPr>
          <w:p w14:paraId="351F7907" w14:textId="77777777" w:rsidR="00C85C0B" w:rsidRDefault="00554033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1372DB4F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38543067" w14:textId="77777777" w:rsidR="00C85C0B" w:rsidRDefault="00554033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10D1BCEF" w14:textId="77777777" w:rsidR="00C85C0B" w:rsidRDefault="00C85C0B">
            <w:pPr>
              <w:keepNext/>
            </w:pPr>
          </w:p>
        </w:tc>
        <w:tc>
          <w:tcPr>
            <w:tcW w:w="4818" w:type="dxa"/>
            <w:gridSpan w:val="5"/>
          </w:tcPr>
          <w:p w14:paraId="5949C44F" w14:textId="77777777" w:rsidR="00C85C0B" w:rsidRDefault="00554033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7DFD0055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6E02C3D3" w14:textId="77777777" w:rsidR="00C85C0B" w:rsidRDefault="00554033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B1F54BC" w14:textId="77777777" w:rsidR="00C85C0B" w:rsidRDefault="00C85C0B">
            <w:pPr>
              <w:keepNext/>
            </w:pPr>
          </w:p>
        </w:tc>
      </w:tr>
      <w:tr w:rsidR="00C85C0B" w14:paraId="75E5711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B5FD119" w14:textId="77777777" w:rsidR="00C85C0B" w:rsidRDefault="00554033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C85C0B" w14:paraId="1FB30C8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E30645B" w14:textId="77777777" w:rsidR="00C85C0B" w:rsidRDefault="00554033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186F192" w14:textId="77777777" w:rsidR="00C85C0B" w:rsidRDefault="00C85C0B">
            <w:pPr>
              <w:keepNext/>
            </w:pPr>
          </w:p>
        </w:tc>
        <w:tc>
          <w:tcPr>
            <w:tcW w:w="3212" w:type="dxa"/>
            <w:gridSpan w:val="4"/>
          </w:tcPr>
          <w:p w14:paraId="50EE20EA" w14:textId="77777777" w:rsidR="00C85C0B" w:rsidRDefault="00554033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5A7197A9" w14:textId="77777777" w:rsidR="00C85C0B" w:rsidRDefault="00C85C0B">
            <w:pPr>
              <w:keepNext/>
            </w:pPr>
          </w:p>
        </w:tc>
        <w:tc>
          <w:tcPr>
            <w:tcW w:w="3212" w:type="dxa"/>
            <w:gridSpan w:val="2"/>
          </w:tcPr>
          <w:p w14:paraId="52D40263" w14:textId="77777777" w:rsidR="00C85C0B" w:rsidRDefault="00554033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2A6C818F" w14:textId="77777777" w:rsidR="00C85C0B" w:rsidRDefault="00C85C0B">
            <w:pPr>
              <w:keepNext/>
            </w:pPr>
          </w:p>
        </w:tc>
      </w:tr>
      <w:tr w:rsidR="00C85C0B" w14:paraId="648F5CD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2F3D4F5" w14:textId="77777777" w:rsidR="00C85C0B" w:rsidRDefault="00554033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F3D8CE6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075341DA" w14:textId="77777777" w:rsidR="00C85C0B" w:rsidRDefault="00554033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0120A0F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6F18AE53" w14:textId="77777777" w:rsidR="00C85C0B" w:rsidRDefault="00554033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0E48DEE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7B25ACF6" w14:textId="77777777" w:rsidR="00C85C0B" w:rsidRDefault="00554033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F6960D6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38B4DB2B" w14:textId="77777777" w:rsidR="00C85C0B" w:rsidRDefault="00554033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D48C9FB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3C794EFE" w14:textId="77777777" w:rsidR="00C85C0B" w:rsidRDefault="00554033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14D83194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44F2C34C" w14:textId="77777777" w:rsidR="00C85C0B" w:rsidRDefault="00554033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303B0DDB" w14:textId="77777777" w:rsidR="00C85C0B" w:rsidRDefault="00C85C0B">
            <w:pPr>
              <w:keepNext/>
            </w:pPr>
          </w:p>
        </w:tc>
      </w:tr>
      <w:tr w:rsidR="00C85C0B" w14:paraId="0BDBE80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AE91BC9" w14:textId="77777777" w:rsidR="00C85C0B" w:rsidRDefault="00554033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C85C0B" w14:paraId="457FAA8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E603D1E" w14:textId="77777777" w:rsidR="00C85C0B" w:rsidRDefault="00554033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1D1557B5" w14:textId="77777777" w:rsidR="00C85C0B" w:rsidRDefault="00C85C0B"/>
        </w:tc>
        <w:tc>
          <w:tcPr>
            <w:tcW w:w="5621" w:type="dxa"/>
            <w:gridSpan w:val="5"/>
          </w:tcPr>
          <w:p w14:paraId="56D269E2" w14:textId="77777777" w:rsidR="00C85C0B" w:rsidRDefault="00554033">
            <w:r>
              <w:rPr>
                <w:b/>
                <w:color w:val="0D5F78"/>
              </w:rPr>
              <w:t>E-mail</w:t>
            </w:r>
          </w:p>
          <w:p w14:paraId="6134E69B" w14:textId="77777777" w:rsidR="00C85C0B" w:rsidRDefault="00C85C0B"/>
        </w:tc>
      </w:tr>
    </w:tbl>
    <w:p w14:paraId="4DBE4EFE" w14:textId="77777777" w:rsidR="00C85C0B" w:rsidRDefault="00C85C0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C85C0B" w14:paraId="470E2D0D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8E93E77" w14:textId="77777777" w:rsidR="00C85C0B" w:rsidRDefault="00554033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NOTIFICAREA</w:t>
            </w:r>
          </w:p>
        </w:tc>
      </w:tr>
      <w:tr w:rsidR="00C85C0B" w14:paraId="1F3A1F64" w14:textId="77777777">
        <w:trPr>
          <w:cantSplit/>
          <w:trHeight w:val="510"/>
        </w:trPr>
        <w:tc>
          <w:tcPr>
            <w:tcW w:w="2409" w:type="dxa"/>
          </w:tcPr>
          <w:p w14:paraId="05E3330D" w14:textId="77777777" w:rsidR="00C85C0B" w:rsidRDefault="00554033">
            <w:r>
              <w:rPr>
                <w:b/>
                <w:color w:val="0D5F78"/>
              </w:rPr>
              <w:t xml:space="preserve">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notificării</w:t>
            </w:r>
            <w:proofErr w:type="spellEnd"/>
          </w:p>
          <w:p w14:paraId="782A3FB4" w14:textId="77777777" w:rsidR="00C85C0B" w:rsidRDefault="00C85C0B"/>
        </w:tc>
        <w:tc>
          <w:tcPr>
            <w:tcW w:w="2409" w:type="dxa"/>
          </w:tcPr>
          <w:p w14:paraId="07DACF42" w14:textId="77777777" w:rsidR="00C85C0B" w:rsidRDefault="00554033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cod</w:t>
            </w:r>
            <w:proofErr w:type="gramEnd"/>
          </w:p>
          <w:p w14:paraId="704DDBFC" w14:textId="77777777" w:rsidR="00C85C0B" w:rsidRDefault="00C85C0B"/>
        </w:tc>
        <w:tc>
          <w:tcPr>
            <w:tcW w:w="4818" w:type="dxa"/>
          </w:tcPr>
          <w:p w14:paraId="75FD378C" w14:textId="77777777" w:rsidR="00C85C0B" w:rsidRDefault="00554033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14:paraId="0E48F05F" w14:textId="77777777" w:rsidR="00C85C0B" w:rsidRDefault="00C85C0B"/>
        </w:tc>
      </w:tr>
    </w:tbl>
    <w:p w14:paraId="13D2FF9F" w14:textId="77777777" w:rsidR="00C85C0B" w:rsidRDefault="00C85C0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1606"/>
        <w:gridCol w:w="4818"/>
      </w:tblGrid>
      <w:tr w:rsidR="00C85C0B" w14:paraId="7A7201EB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A52465" w14:textId="77777777" w:rsidR="00C85C0B" w:rsidRDefault="00554033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EXECUȚIA ȘI RECEPȚIA</w:t>
            </w:r>
          </w:p>
        </w:tc>
      </w:tr>
      <w:tr w:rsidR="00C85C0B" w14:paraId="49509B49" w14:textId="77777777">
        <w:trPr>
          <w:cantSplit/>
          <w:trHeight w:val="510"/>
        </w:trPr>
        <w:tc>
          <w:tcPr>
            <w:tcW w:w="4818" w:type="dxa"/>
            <w:gridSpan w:val="2"/>
          </w:tcPr>
          <w:p w14:paraId="02C07C4D" w14:textId="77777777" w:rsidR="00C85C0B" w:rsidRDefault="00554033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începerii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</w:p>
          <w:p w14:paraId="2D6D470D" w14:textId="77777777" w:rsidR="00C85C0B" w:rsidRDefault="00554033">
            <w:pPr>
              <w:keepNext/>
            </w:pPr>
            <w:r>
              <w:rPr>
                <w:i/>
                <w:color w:val="7A7A7A"/>
              </w:rPr>
              <w:t xml:space="preserve">se </w:t>
            </w:r>
            <w:proofErr w:type="spellStart"/>
            <w:r>
              <w:rPr>
                <w:i/>
                <w:color w:val="7A7A7A"/>
              </w:rPr>
              <w:t>declară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aici</w:t>
            </w:r>
            <w:proofErr w:type="spellEnd"/>
          </w:p>
          <w:p w14:paraId="544B9697" w14:textId="77777777" w:rsidR="00C85C0B" w:rsidRDefault="00C85C0B">
            <w:pPr>
              <w:keepNext/>
            </w:pPr>
          </w:p>
        </w:tc>
        <w:tc>
          <w:tcPr>
            <w:tcW w:w="4818" w:type="dxa"/>
          </w:tcPr>
          <w:p w14:paraId="72DCF9AA" w14:textId="77777777" w:rsidR="00C85C0B" w:rsidRDefault="00554033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finalizării</w:t>
            </w:r>
            <w:proofErr w:type="spellEnd"/>
          </w:p>
          <w:p w14:paraId="2262F4A8" w14:textId="77777777" w:rsidR="00C85C0B" w:rsidRDefault="00C85C0B">
            <w:pPr>
              <w:keepNext/>
            </w:pPr>
          </w:p>
        </w:tc>
      </w:tr>
      <w:tr w:rsidR="00C85C0B" w14:paraId="6C0C82B1" w14:textId="77777777">
        <w:trPr>
          <w:cantSplit/>
          <w:trHeight w:val="510"/>
        </w:trPr>
        <w:tc>
          <w:tcPr>
            <w:tcW w:w="3212" w:type="dxa"/>
          </w:tcPr>
          <w:p w14:paraId="34621996" w14:textId="77777777" w:rsidR="00C85C0B" w:rsidRDefault="00554033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propusă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pentru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recepție</w:t>
            </w:r>
            <w:proofErr w:type="spellEnd"/>
          </w:p>
          <w:p w14:paraId="327C4FB5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660A9FC7" w14:textId="77777777" w:rsidR="00C85C0B" w:rsidRDefault="00554033">
            <w:pPr>
              <w:keepNext/>
            </w:pPr>
            <w:r>
              <w:rPr>
                <w:b/>
                <w:color w:val="0D5F78"/>
              </w:rPr>
              <w:t>ora</w:t>
            </w:r>
          </w:p>
          <w:p w14:paraId="40A08B01" w14:textId="77777777" w:rsidR="00C85C0B" w:rsidRDefault="00C85C0B">
            <w:pPr>
              <w:keepNext/>
            </w:pPr>
          </w:p>
        </w:tc>
        <w:tc>
          <w:tcPr>
            <w:tcW w:w="4818" w:type="dxa"/>
          </w:tcPr>
          <w:p w14:paraId="6A018CE9" w14:textId="77777777" w:rsidR="00C85C0B" w:rsidRDefault="00554033">
            <w:pPr>
              <w:keepNext/>
            </w:pPr>
            <w:proofErr w:type="spellStart"/>
            <w:r>
              <w:rPr>
                <w:b/>
                <w:color w:val="0D5F78"/>
              </w:rPr>
              <w:t>locul</w:t>
            </w:r>
            <w:proofErr w:type="spellEnd"/>
          </w:p>
          <w:p w14:paraId="5887C7E5" w14:textId="77777777" w:rsidR="00C85C0B" w:rsidRDefault="00C85C0B">
            <w:pPr>
              <w:keepNext/>
            </w:pPr>
          </w:p>
        </w:tc>
      </w:tr>
      <w:tr w:rsidR="00C85C0B" w14:paraId="633508C0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6FEACB9" w14:textId="26080181" w:rsidR="00C85C0B" w:rsidRDefault="00150E80">
            <w:pPr>
              <w:spacing w:line="228" w:lineRule="auto"/>
            </w:pPr>
            <w:r>
              <w:t xml:space="preserve">Legea nr.169/2026 </w:t>
            </w:r>
            <w:proofErr w:type="spellStart"/>
            <w:r w:rsidRPr="00150E80">
              <w:t>privind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Codul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amenajării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teritoriului</w:t>
            </w:r>
            <w:proofErr w:type="spellEnd"/>
            <w:r w:rsidRPr="00150E80">
              <w:t xml:space="preserve">, </w:t>
            </w:r>
            <w:proofErr w:type="spellStart"/>
            <w:r w:rsidRPr="00150E80">
              <w:t>urbanismului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și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construcțiilor</w:t>
            </w:r>
            <w:proofErr w:type="spellEnd"/>
            <w:r>
              <w:t xml:space="preserve"> nu </w:t>
            </w:r>
            <w:proofErr w:type="spellStart"/>
            <w:r>
              <w:t>instituie</w:t>
            </w:r>
            <w:proofErr w:type="spellEnd"/>
            <w:r>
              <w:t xml:space="preserve"> o </w:t>
            </w:r>
            <w:proofErr w:type="spellStart"/>
            <w:r>
              <w:t>înștiințare</w:t>
            </w:r>
            <w:proofErr w:type="spellEnd"/>
            <w:r>
              <w:t xml:space="preserve"> </w:t>
            </w:r>
            <w:proofErr w:type="spellStart"/>
            <w:r>
              <w:t>distinctă</w:t>
            </w:r>
            <w:proofErr w:type="spellEnd"/>
            <w:r>
              <w:t xml:space="preserve"> </w:t>
            </w:r>
            <w:proofErr w:type="spellStart"/>
            <w:r>
              <w:t>privind</w:t>
            </w:r>
            <w:proofErr w:type="spellEnd"/>
            <w:r>
              <w:t xml:space="preserve"> </w:t>
            </w:r>
            <w:proofErr w:type="spellStart"/>
            <w:r>
              <w:t>începerea</w:t>
            </w:r>
            <w:proofErr w:type="spellEnd"/>
            <w:r>
              <w:t xml:space="preserve"> </w:t>
            </w:r>
            <w:proofErr w:type="spellStart"/>
            <w:r>
              <w:t>lucrărilor</w:t>
            </w:r>
            <w:proofErr w:type="spellEnd"/>
            <w:r>
              <w:t xml:space="preserve"> </w:t>
            </w:r>
            <w:proofErr w:type="spellStart"/>
            <w:r>
              <w:t>notificate</w:t>
            </w:r>
            <w:proofErr w:type="spellEnd"/>
            <w:r>
              <w:t xml:space="preserve">; data </w:t>
            </w:r>
            <w:proofErr w:type="spellStart"/>
            <w:r>
              <w:t>începerii</w:t>
            </w:r>
            <w:proofErr w:type="spellEnd"/>
            <w:r>
              <w:t xml:space="preserve"> se </w:t>
            </w:r>
            <w:proofErr w:type="spellStart"/>
            <w:r>
              <w:t>declară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prezentul</w:t>
            </w:r>
            <w:proofErr w:type="spellEnd"/>
            <w:r>
              <w:t xml:space="preserve"> formular </w:t>
            </w:r>
            <w:proofErr w:type="spellStart"/>
            <w:r>
              <w:t>și</w:t>
            </w:r>
            <w:proofErr w:type="spellEnd"/>
            <w:r>
              <w:t xml:space="preserve"> se </w:t>
            </w:r>
            <w:proofErr w:type="spellStart"/>
            <w:r>
              <w:t>consemnează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procesul</w:t>
            </w:r>
            <w:proofErr w:type="spellEnd"/>
            <w:r>
              <w:t xml:space="preserve">-verbal de </w:t>
            </w:r>
            <w:proofErr w:type="spellStart"/>
            <w:r>
              <w:t>recepție</w:t>
            </w:r>
            <w:proofErr w:type="spellEnd"/>
            <w:r>
              <w:t>.</w:t>
            </w:r>
          </w:p>
        </w:tc>
      </w:tr>
    </w:tbl>
    <w:p w14:paraId="049D9BE6" w14:textId="77777777" w:rsidR="00C85C0B" w:rsidRDefault="00C85C0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C85C0B" w14:paraId="1BD195CE" w14:textId="77777777" w:rsidTr="003A7070">
        <w:trPr>
          <w:cantSplit/>
        </w:trPr>
        <w:tc>
          <w:tcPr>
            <w:tcW w:w="9636" w:type="dxa"/>
            <w:gridSpan w:val="3"/>
            <w:tcBorders>
              <w:bottom w:val="single" w:sz="4" w:space="0" w:color="767676"/>
            </w:tcBorders>
            <w:shd w:val="clear" w:color="auto" w:fill="F4F4F4"/>
          </w:tcPr>
          <w:p w14:paraId="2D727A7B" w14:textId="77777777" w:rsidR="00C85C0B" w:rsidRDefault="00554033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C85C0B" w14:paraId="10F5A63F" w14:textId="77777777" w:rsidTr="003A7070">
        <w:trPr>
          <w:cantSplit/>
          <w:trHeight w:val="510"/>
        </w:trPr>
        <w:tc>
          <w:tcPr>
            <w:tcW w:w="1606" w:type="dxa"/>
            <w:tcBorders>
              <w:bottom w:val="single" w:sz="4" w:space="0" w:color="auto"/>
            </w:tcBorders>
          </w:tcPr>
          <w:p w14:paraId="526CC080" w14:textId="77777777" w:rsidR="00C85C0B" w:rsidRDefault="00554033">
            <w:r>
              <w:rPr>
                <w:b/>
                <w:color w:val="0D5F78"/>
              </w:rPr>
              <w:t>Data</w:t>
            </w:r>
          </w:p>
          <w:p w14:paraId="3121BEF9" w14:textId="77777777" w:rsidR="00C85C0B" w:rsidRDefault="00C85C0B"/>
        </w:tc>
        <w:tc>
          <w:tcPr>
            <w:tcW w:w="4818" w:type="dxa"/>
            <w:tcBorders>
              <w:bottom w:val="single" w:sz="4" w:space="0" w:color="auto"/>
            </w:tcBorders>
          </w:tcPr>
          <w:p w14:paraId="76A83371" w14:textId="77777777" w:rsidR="00C85C0B" w:rsidRDefault="00554033">
            <w:proofErr w:type="spellStart"/>
            <w:r>
              <w:rPr>
                <w:b/>
                <w:color w:val="0D5F78"/>
              </w:rPr>
              <w:t>Beneficiarul</w:t>
            </w:r>
            <w:proofErr w:type="spellEnd"/>
          </w:p>
          <w:p w14:paraId="2DCA5FDA" w14:textId="77777777" w:rsidR="00C85C0B" w:rsidRDefault="00C85C0B"/>
        </w:tc>
        <w:tc>
          <w:tcPr>
            <w:tcW w:w="3212" w:type="dxa"/>
            <w:tcBorders>
              <w:bottom w:val="single" w:sz="4" w:space="0" w:color="auto"/>
            </w:tcBorders>
          </w:tcPr>
          <w:p w14:paraId="47CBF3F4" w14:textId="77777777" w:rsidR="00C85C0B" w:rsidRDefault="00554033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765AB599" w14:textId="77777777" w:rsidR="00C85C0B" w:rsidRDefault="00C85C0B"/>
        </w:tc>
      </w:tr>
    </w:tbl>
    <w:p w14:paraId="3AF77583" w14:textId="77777777" w:rsidR="00C85C0B" w:rsidRDefault="00C85C0B">
      <w:pPr>
        <w:spacing w:line="168" w:lineRule="auto"/>
      </w:pPr>
    </w:p>
    <w:sectPr w:rsidR="00C85C0B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13955" w14:textId="77777777" w:rsidR="001E7BF9" w:rsidRDefault="001E7BF9">
      <w:r>
        <w:separator/>
      </w:r>
    </w:p>
  </w:endnote>
  <w:endnote w:type="continuationSeparator" w:id="0">
    <w:p w14:paraId="65C3A099" w14:textId="77777777" w:rsidR="001E7BF9" w:rsidRDefault="001E7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A5726" w14:textId="7E7EF159" w:rsidR="00C85C0B" w:rsidRDefault="00554033">
    <w:pPr>
      <w:pStyle w:val="Footer"/>
      <w:tabs>
        <w:tab w:val="right" w:pos="9639"/>
      </w:tabs>
    </w:pPr>
    <w:r>
      <w:rPr>
        <w:color w:val="595959"/>
      </w:rPr>
      <w:t xml:space="preserve">F_NOT_07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4E50B3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4E50B3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91E10" w14:textId="77777777" w:rsidR="001E7BF9" w:rsidRDefault="001E7BF9">
      <w:r>
        <w:separator/>
      </w:r>
    </w:p>
  </w:footnote>
  <w:footnote w:type="continuationSeparator" w:id="0">
    <w:p w14:paraId="4CE24322" w14:textId="77777777" w:rsidR="001E7BF9" w:rsidRDefault="001E7B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91095512">
    <w:abstractNumId w:val="8"/>
  </w:num>
  <w:num w:numId="2" w16cid:durableId="714039088">
    <w:abstractNumId w:val="6"/>
  </w:num>
  <w:num w:numId="3" w16cid:durableId="1702047612">
    <w:abstractNumId w:val="5"/>
  </w:num>
  <w:num w:numId="4" w16cid:durableId="585840937">
    <w:abstractNumId w:val="4"/>
  </w:num>
  <w:num w:numId="5" w16cid:durableId="213127608">
    <w:abstractNumId w:val="7"/>
  </w:num>
  <w:num w:numId="6" w16cid:durableId="1313752896">
    <w:abstractNumId w:val="3"/>
  </w:num>
  <w:num w:numId="7" w16cid:durableId="2093508271">
    <w:abstractNumId w:val="2"/>
  </w:num>
  <w:num w:numId="8" w16cid:durableId="387072435">
    <w:abstractNumId w:val="1"/>
  </w:num>
  <w:num w:numId="9" w16cid:durableId="420297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0E80"/>
    <w:rsid w:val="001E7BF9"/>
    <w:rsid w:val="0029639D"/>
    <w:rsid w:val="00326F90"/>
    <w:rsid w:val="003A7070"/>
    <w:rsid w:val="003F0F62"/>
    <w:rsid w:val="004E50B3"/>
    <w:rsid w:val="00554033"/>
    <w:rsid w:val="005C02E4"/>
    <w:rsid w:val="005D4920"/>
    <w:rsid w:val="007174E5"/>
    <w:rsid w:val="00AA1D8D"/>
    <w:rsid w:val="00B47730"/>
    <w:rsid w:val="00B94163"/>
    <w:rsid w:val="00C85C0B"/>
    <w:rsid w:val="00CB0664"/>
    <w:rsid w:val="00E61A6B"/>
    <w:rsid w:val="00EE659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E91569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semiHidden/>
    <w:unhideWhenUsed/>
    <w:rsid w:val="004E50B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103EDE7-334A-4A27-A54A-B6B7C8FE9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Cornelia Munteanu</dc:creator>
  <cp:keywords/>
  <cp:lastModifiedBy>Cristian ROSU</cp:lastModifiedBy>
  <cp:revision>2</cp:revision>
  <dcterms:created xsi:type="dcterms:W3CDTF">2026-09-07T10:22:00Z</dcterms:created>
  <dcterms:modified xsi:type="dcterms:W3CDTF">2026-09-07T10:22:00Z</dcterms:modified>
  <cp:category/>
</cp:coreProperties>
</file>