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6C4F8B" w14:paraId="56D6DDBC" w14:textId="77777777" w:rsidTr="00D145C9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A5B510D" w14:textId="1BA5A188" w:rsidR="006C4F8B" w:rsidRDefault="006C4F8B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C414EC5" w14:textId="77777777" w:rsidR="006C4F8B" w:rsidRDefault="006C4F8B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077968A" w14:textId="77777777" w:rsidR="006C4F8B" w:rsidRDefault="006C4F8B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6C4F8B" w14:paraId="358398D5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0C055895" w14:textId="77777777" w:rsidR="006C4F8B" w:rsidRDefault="006C4F8B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423F317" w14:textId="77777777" w:rsidR="006C4F8B" w:rsidRDefault="006C4F8B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231A494" w14:textId="19F51DF8" w:rsidR="006C4F8B" w:rsidRDefault="007D35F9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6C4F8B" w14:paraId="65A264AA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48AFFC5" w14:textId="77777777" w:rsidR="006C4F8B" w:rsidRDefault="006C4F8B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382DA9F" w14:textId="77777777" w:rsidR="006C4F8B" w:rsidRDefault="006C4F8B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3E09C620" w14:textId="03FA4611" w:rsidR="006C4F8B" w:rsidRDefault="007D35F9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60B2BF7" w14:textId="61201C82" w:rsidR="006C4F8B" w:rsidRPr="007D35F9" w:rsidRDefault="007D35F9" w:rsidP="007D35F9">
            <w:pPr>
              <w:keepNext/>
              <w:rPr>
                <w:b/>
                <w:bCs/>
                <w:color w:val="0D5F78"/>
                <w:lang w:val="ro-RO"/>
              </w:rPr>
            </w:pPr>
            <w:r w:rsidRPr="007D35F9">
              <w:rPr>
                <w:b/>
                <w:color w:val="0D5F78"/>
                <w:lang w:val="ro-RO"/>
              </w:rPr>
              <w:t xml:space="preserve">Adresa oficială </w:t>
            </w:r>
            <w:r w:rsidRPr="007D35F9">
              <w:rPr>
                <w:b/>
                <w:bCs/>
                <w:color w:val="0D5F78"/>
                <w:lang w:val="ro-RO"/>
              </w:rPr>
              <w:t>Adresa oficială – strada Eroilor, nr.380, sat Nicolae Bălcescu, comuna Nicolae Bălcescu. Județul Bacău, tel.0234214071, registratura@primaria-nicolae-balcescu.ro</w:t>
            </w:r>
          </w:p>
        </w:tc>
      </w:tr>
      <w:tr w:rsidR="006C4F8B" w14:paraId="3D2CCB1F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21FCC7F8" w14:textId="77777777" w:rsidR="006C4F8B" w:rsidRDefault="006C4F8B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79903262" w14:textId="77777777" w:rsidR="006C4F8B" w:rsidRDefault="006C4F8B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BE9C9C5" w14:textId="77777777" w:rsidR="006C4F8B" w:rsidRDefault="006C4F8B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2EE6142" w14:textId="77777777" w:rsidR="006C4F8B" w:rsidRDefault="006C4F8B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1600E2" w14:textId="77777777" w:rsidR="006C4F8B" w:rsidRDefault="006C4F8B" w:rsidP="00D145C9">
            <w:pPr>
              <w:keepNext/>
            </w:pPr>
          </w:p>
        </w:tc>
      </w:tr>
      <w:tr w:rsidR="006C4F8B" w14:paraId="19F6CA1C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A79491D" w14:textId="77777777" w:rsidR="006C4F8B" w:rsidRDefault="006C4F8B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0547CAD" w14:textId="77777777" w:rsidR="00846492" w:rsidRPr="00932ED5" w:rsidRDefault="00A777A2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A777A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A777A2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9F3BC44" w14:textId="44282796" w:rsidR="006C4F8B" w:rsidRPr="005A1E13" w:rsidRDefault="007D35F9" w:rsidP="006C4F8B">
            <w:pPr>
              <w:keepNext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A777A2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A777A2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A777A2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A777A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A777A2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A777A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A777A2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A777A2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A777A2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A777A2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headerReference w:type="first" r:id="rId9"/>
          <w:footerReference w:type="first" r:id="rId10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A777A2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A777A2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A777A2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A777A2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A777A2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A777A2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A777A2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A777A2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A777A2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A777A2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A777A2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A777A2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A777A2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A777A2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A777A2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A777A2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Legea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Legea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A777A2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A777A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A777A2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A777A2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A777A2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A777A2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19A00" w14:textId="77777777" w:rsidR="006D33E0" w:rsidRDefault="006D33E0">
      <w:r>
        <w:separator/>
      </w:r>
    </w:p>
  </w:endnote>
  <w:endnote w:type="continuationSeparator" w:id="0">
    <w:p w14:paraId="3F554A63" w14:textId="77777777" w:rsidR="006D33E0" w:rsidRDefault="006D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587A22A6" w:rsidR="00846492" w:rsidRDefault="00A777A2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245EF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245EF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5A35327A" w:rsidR="00F343D2" w:rsidRDefault="00F343D2" w:rsidP="00F343D2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245EF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245EF">
      <w:rPr>
        <w:noProof/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7F57" w14:textId="77777777" w:rsidR="006D33E0" w:rsidRDefault="006D33E0">
      <w:r>
        <w:separator/>
      </w:r>
    </w:p>
  </w:footnote>
  <w:footnote w:type="continuationSeparator" w:id="0">
    <w:p w14:paraId="44FE3640" w14:textId="77777777" w:rsidR="006D33E0" w:rsidRDefault="006D3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47765A6D"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</w:p>
  <w:p w14:paraId="1B055926" w14:textId="77777777"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0993730">
    <w:abstractNumId w:val="8"/>
  </w:num>
  <w:num w:numId="2" w16cid:durableId="2035884208">
    <w:abstractNumId w:val="6"/>
  </w:num>
  <w:num w:numId="3" w16cid:durableId="1107966445">
    <w:abstractNumId w:val="5"/>
  </w:num>
  <w:num w:numId="4" w16cid:durableId="607811941">
    <w:abstractNumId w:val="4"/>
  </w:num>
  <w:num w:numId="5" w16cid:durableId="792599335">
    <w:abstractNumId w:val="7"/>
  </w:num>
  <w:num w:numId="6" w16cid:durableId="47731535">
    <w:abstractNumId w:val="3"/>
  </w:num>
  <w:num w:numId="7" w16cid:durableId="773206492">
    <w:abstractNumId w:val="2"/>
  </w:num>
  <w:num w:numId="8" w16cid:durableId="2104955120">
    <w:abstractNumId w:val="1"/>
  </w:num>
  <w:num w:numId="9" w16cid:durableId="64574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5245EF"/>
    <w:rsid w:val="0060615D"/>
    <w:rsid w:val="006113A9"/>
    <w:rsid w:val="006C103E"/>
    <w:rsid w:val="006C4F8B"/>
    <w:rsid w:val="006D33E0"/>
    <w:rsid w:val="007C5D68"/>
    <w:rsid w:val="007D35F9"/>
    <w:rsid w:val="007F39C2"/>
    <w:rsid w:val="00846492"/>
    <w:rsid w:val="00852977"/>
    <w:rsid w:val="00870FD7"/>
    <w:rsid w:val="00932ED5"/>
    <w:rsid w:val="009C6C3D"/>
    <w:rsid w:val="00A17614"/>
    <w:rsid w:val="00A777A2"/>
    <w:rsid w:val="00AA1D8D"/>
    <w:rsid w:val="00AD1D4A"/>
    <w:rsid w:val="00B47730"/>
    <w:rsid w:val="00CA6FDB"/>
    <w:rsid w:val="00CB0664"/>
    <w:rsid w:val="00CD5A52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6C4F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AFA6B3-2938-49A3-A933-9DD96405A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858</Words>
  <Characters>4981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2026-09-07T10:25:00Z</dcterms:created>
  <dcterms:modified xsi:type="dcterms:W3CDTF">2026-09-07T10:25:00Z</dcterms:modified>
  <cp:category/>
</cp:coreProperties>
</file>