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A3371" w14:paraId="5586AC05" w14:textId="77777777" w:rsidTr="00C24E6D">
        <w:trPr>
          <w:cantSplit/>
          <w:trHeight w:val="510"/>
        </w:trPr>
        <w:tc>
          <w:tcPr>
            <w:tcW w:w="1606" w:type="dxa"/>
            <w:vMerge w:val="restart"/>
            <w:shd w:val="clear" w:color="auto" w:fill="F0F0F0"/>
            <w:vAlign w:val="center"/>
          </w:tcPr>
          <w:p w14:paraId="1D06FEEF" w14:textId="759F6E08" w:rsidR="00AA3371" w:rsidRDefault="00AA3371" w:rsidP="00DF7B26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  <w:vAlign w:val="center"/>
          </w:tcPr>
          <w:p w14:paraId="306ECFFF" w14:textId="77777777" w:rsidR="00AA3371" w:rsidRDefault="00AA3371" w:rsidP="00DF7B26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62E33D1" w14:textId="77777777" w:rsidR="00AA3371" w:rsidRPr="00E946EB" w:rsidRDefault="00AA3371" w:rsidP="00DF7B26">
            <w:pPr>
              <w:keepNext/>
              <w:rPr>
                <w:sz w:val="18"/>
                <w:szCs w:val="18"/>
                <w:lang w:val="ro-RO"/>
              </w:rPr>
            </w:pPr>
            <w:r w:rsidRPr="00E946EB">
              <w:rPr>
                <w:sz w:val="18"/>
                <w:szCs w:val="18"/>
              </w:rPr>
              <w:t>BACĂU</w:t>
            </w:r>
          </w:p>
        </w:tc>
      </w:tr>
      <w:tr w:rsidR="00AA3371" w14:paraId="6B2D6580" w14:textId="77777777" w:rsidTr="00C24E6D">
        <w:trPr>
          <w:cantSplit/>
          <w:trHeight w:val="510"/>
        </w:trPr>
        <w:tc>
          <w:tcPr>
            <w:tcW w:w="1606" w:type="dxa"/>
            <w:vMerge/>
            <w:shd w:val="clear" w:color="auto" w:fill="F0F0F0"/>
          </w:tcPr>
          <w:p w14:paraId="2A822684" w14:textId="77777777" w:rsidR="00AA3371" w:rsidRDefault="00AA3371" w:rsidP="00DF7B26"/>
        </w:tc>
        <w:tc>
          <w:tcPr>
            <w:tcW w:w="8030" w:type="dxa"/>
            <w:gridSpan w:val="3"/>
            <w:shd w:val="clear" w:color="auto" w:fill="F0F0F0"/>
            <w:vAlign w:val="center"/>
          </w:tcPr>
          <w:p w14:paraId="5E0C629A" w14:textId="77777777" w:rsidR="00AA3371" w:rsidRDefault="00AA3371" w:rsidP="00DF7B26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1C2FA72F" w14:textId="1A061928" w:rsidR="00AA3371" w:rsidRPr="00E946EB" w:rsidRDefault="00284C95" w:rsidP="00DF7B26">
            <w:pPr>
              <w:keepNext/>
              <w:spacing w:before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COMUNA NICOLAE BĂLCESCU</w:t>
            </w:r>
          </w:p>
        </w:tc>
      </w:tr>
      <w:tr w:rsidR="00AA3371" w14:paraId="44E55EAD" w14:textId="77777777" w:rsidTr="00C24E6D">
        <w:trPr>
          <w:cantSplit/>
          <w:trHeight w:val="510"/>
        </w:trPr>
        <w:tc>
          <w:tcPr>
            <w:tcW w:w="1606" w:type="dxa"/>
            <w:vMerge/>
            <w:shd w:val="clear" w:color="auto" w:fill="F0F0F0"/>
          </w:tcPr>
          <w:p w14:paraId="479BDEE1" w14:textId="77777777" w:rsidR="00AA3371" w:rsidRDefault="00AA3371" w:rsidP="00DF7B26"/>
        </w:tc>
        <w:tc>
          <w:tcPr>
            <w:tcW w:w="2409" w:type="dxa"/>
            <w:shd w:val="clear" w:color="auto" w:fill="F0F0F0"/>
          </w:tcPr>
          <w:p w14:paraId="41C22F7C" w14:textId="77777777" w:rsidR="00AA3371" w:rsidRPr="00F801F2" w:rsidRDefault="00AA3371" w:rsidP="00DF7B26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51A48867" w14:textId="66DE95EA" w:rsidR="00AA3371" w:rsidRPr="00E946EB" w:rsidRDefault="00284C95" w:rsidP="00DF7B26">
            <w:pPr>
              <w:keepNext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4353234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352E1B98" w14:textId="1147AC3B" w:rsidR="00AA3371" w:rsidRPr="00284C95" w:rsidRDefault="00284C95" w:rsidP="00DF7B26">
            <w:pPr>
              <w:keepNext/>
              <w:rPr>
                <w:b/>
                <w:bCs/>
                <w:color w:val="0D5F78"/>
                <w:lang w:val="ro-RO"/>
              </w:rPr>
            </w:pPr>
            <w:r w:rsidRPr="00284C95">
              <w:rPr>
                <w:b/>
                <w:bCs/>
                <w:color w:val="0D5F78"/>
                <w:lang w:val="ro-RO"/>
              </w:rPr>
              <w:t>Adresa oficială – strada Eroilor, nr.380, sat Nicolae Bălcescu, comuna Nicolae Bălcescu. Județul Bacău, tel.0234214071, registratura@primaria-nicolae-balcescu.ro</w:t>
            </w:r>
          </w:p>
        </w:tc>
      </w:tr>
      <w:tr w:rsidR="00AA3371" w14:paraId="72441160" w14:textId="77777777" w:rsidTr="00C24E6D">
        <w:trPr>
          <w:cantSplit/>
          <w:trHeight w:val="510"/>
        </w:trPr>
        <w:tc>
          <w:tcPr>
            <w:tcW w:w="1606" w:type="dxa"/>
            <w:vMerge/>
            <w:shd w:val="clear" w:color="auto" w:fill="F0F0F0"/>
          </w:tcPr>
          <w:p w14:paraId="2E6DDF20" w14:textId="77777777" w:rsidR="00AA3371" w:rsidRDefault="00AA3371" w:rsidP="00DF7B26"/>
        </w:tc>
        <w:tc>
          <w:tcPr>
            <w:tcW w:w="4818" w:type="dxa"/>
            <w:gridSpan w:val="2"/>
            <w:shd w:val="clear" w:color="auto" w:fill="F0F0F0"/>
          </w:tcPr>
          <w:p w14:paraId="4815A504" w14:textId="77777777" w:rsidR="00AA3371" w:rsidRDefault="00AA3371" w:rsidP="00DF7B26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016874DB" w14:textId="77777777" w:rsidR="00AA3371" w:rsidRDefault="00AA3371" w:rsidP="00DF7B26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1F57A657" w14:textId="77777777" w:rsidR="00AA3371" w:rsidRDefault="00AA3371" w:rsidP="00DF7B26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0095149A" w14:textId="77777777" w:rsidR="00AA3371" w:rsidRDefault="00AA3371" w:rsidP="00DF7B26">
            <w:pPr>
              <w:keepNext/>
            </w:pPr>
          </w:p>
        </w:tc>
      </w:tr>
      <w:tr w:rsidR="00AA3371" w:rsidRPr="0021562A" w14:paraId="2A222E8E" w14:textId="77777777" w:rsidTr="00DF7B26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385B85A0" w14:textId="77777777" w:rsidR="00AA3371" w:rsidRPr="00F801F2" w:rsidRDefault="00AA3371" w:rsidP="00DF7B26">
            <w:pPr>
              <w:rPr>
                <w:lang w:val="fr-FR"/>
              </w:rPr>
            </w:pPr>
            <w:r w:rsidRPr="00F801F2">
              <w:rPr>
                <w:i/>
                <w:color w:val="595959"/>
                <w:lang w:val="fr-FR"/>
              </w:rPr>
              <w:t xml:space="preserve"> se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scrie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în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18016BF" w14:textId="77777777" w:rsidR="00BD4241" w:rsidRPr="00A256C2" w:rsidRDefault="00BD4241">
      <w:pPr>
        <w:spacing w:line="168" w:lineRule="auto"/>
        <w:rPr>
          <w:lang w:val="fr-FR"/>
        </w:rPr>
      </w:pPr>
    </w:p>
    <w:p w14:paraId="79F54518" w14:textId="77777777" w:rsidR="00BD4241" w:rsidRPr="00850B64" w:rsidRDefault="00761A46">
      <w:pPr>
        <w:spacing w:before="140" w:after="40"/>
        <w:jc w:val="center"/>
        <w:rPr>
          <w:sz w:val="28"/>
          <w:szCs w:val="28"/>
        </w:rPr>
      </w:pPr>
      <w:r w:rsidRPr="00850B64">
        <w:rPr>
          <w:b/>
          <w:sz w:val="28"/>
          <w:szCs w:val="28"/>
        </w:rPr>
        <w:t>CERERE</w:t>
      </w:r>
    </w:p>
    <w:p w14:paraId="5168B443" w14:textId="77777777" w:rsidR="00BD4241" w:rsidRDefault="00BD4241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B8127F4" w14:textId="77777777">
        <w:trPr>
          <w:cantSplit/>
        </w:trPr>
        <w:tc>
          <w:tcPr>
            <w:tcW w:w="9636" w:type="dxa"/>
            <w:shd w:val="clear" w:color="auto" w:fill="F4F4F4"/>
          </w:tcPr>
          <w:p w14:paraId="38D842A3" w14:textId="77777777" w:rsidR="00BD4241" w:rsidRDefault="00761A46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BD4241" w:rsidRPr="00917520" w14:paraId="224D3884" w14:textId="77777777">
        <w:trPr>
          <w:cantSplit/>
          <w:trHeight w:val="510"/>
        </w:trPr>
        <w:tc>
          <w:tcPr>
            <w:tcW w:w="9636" w:type="dxa"/>
          </w:tcPr>
          <w:p w14:paraId="04E69316" w14:textId="77777777" w:rsidR="00BD4241" w:rsidRPr="00A256C2" w:rsidRDefault="00761A46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8BE8610" w14:textId="54E2E496" w:rsidR="00AA3371" w:rsidRPr="00310E6F" w:rsidRDefault="00284C95" w:rsidP="00AA3371">
            <w:pPr>
              <w:keepNext/>
              <w:spacing w:before="40"/>
              <w:rPr>
                <w:color w:val="000000" w:themeColor="text1"/>
                <w:sz w:val="22"/>
                <w:lang w:val="fr-FR"/>
              </w:rPr>
            </w:pPr>
            <w:proofErr w:type="spellStart"/>
            <w:r>
              <w:rPr>
                <w:color w:val="000000" w:themeColor="text1"/>
                <w:sz w:val="22"/>
                <w:lang w:val="fr-FR"/>
              </w:rPr>
              <w:t>Primarul</w:t>
            </w:r>
            <w:proofErr w:type="spellEnd"/>
            <w:r>
              <w:rPr>
                <w:color w:val="000000" w:themeColor="text1"/>
                <w:sz w:val="22"/>
                <w:lang w:val="fr-FR"/>
              </w:rPr>
              <w:t xml:space="preserve"> </w:t>
            </w:r>
            <w:proofErr w:type="spellStart"/>
            <w:r>
              <w:rPr>
                <w:color w:val="000000" w:themeColor="text1"/>
                <w:sz w:val="22"/>
                <w:lang w:val="fr-FR"/>
              </w:rPr>
              <w:t>comunei</w:t>
            </w:r>
            <w:proofErr w:type="spellEnd"/>
            <w:r>
              <w:rPr>
                <w:color w:val="000000" w:themeColor="text1"/>
                <w:sz w:val="22"/>
                <w:lang w:val="fr-FR"/>
              </w:rPr>
              <w:t xml:space="preserve"> Nicolae Bălcescu</w:t>
            </w:r>
          </w:p>
          <w:p w14:paraId="10337CF3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</w:tr>
      <w:tr w:rsidR="00BD4241" w:rsidRPr="00917520" w14:paraId="046C4EE0" w14:textId="77777777">
        <w:trPr>
          <w:cantSplit/>
        </w:trPr>
        <w:tc>
          <w:tcPr>
            <w:tcW w:w="9636" w:type="dxa"/>
            <w:shd w:val="clear" w:color="auto" w:fill="F4F4F4"/>
          </w:tcPr>
          <w:p w14:paraId="077DE950" w14:textId="77777777" w:rsidR="00BD4241" w:rsidRPr="00A256C2" w:rsidRDefault="00761A46">
            <w:pPr>
              <w:spacing w:line="228" w:lineRule="auto"/>
              <w:rPr>
                <w:lang w:val="fr-FR"/>
              </w:rPr>
            </w:pPr>
            <w:proofErr w:type="spellStart"/>
            <w:r w:rsidRPr="00A256C2">
              <w:rPr>
                <w:lang w:val="fr-FR"/>
              </w:rPr>
              <w:t>Cererea</w:t>
            </w:r>
            <w:proofErr w:type="spellEnd"/>
            <w:r w:rsidRPr="00A256C2">
              <w:rPr>
                <w:lang w:val="fr-FR"/>
              </w:rPr>
              <w:t xml:space="preserve"> va fi </w:t>
            </w:r>
            <w:proofErr w:type="spellStart"/>
            <w:r w:rsidRPr="00A256C2">
              <w:rPr>
                <w:lang w:val="fr-FR"/>
              </w:rPr>
              <w:t>transmisă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către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președintele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consiliului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județean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general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de </w:t>
            </w:r>
            <w:proofErr w:type="spellStart"/>
            <w:r w:rsidRPr="00A256C2">
              <w:rPr>
                <w:lang w:val="fr-FR"/>
              </w:rPr>
              <w:t>sector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sau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municipiului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orașului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comunei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după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caz</w:t>
            </w:r>
            <w:proofErr w:type="spellEnd"/>
            <w:r w:rsidRPr="00A256C2">
              <w:rPr>
                <w:lang w:val="fr-FR"/>
              </w:rPr>
              <w:t>.</w:t>
            </w:r>
          </w:p>
        </w:tc>
      </w:tr>
    </w:tbl>
    <w:p w14:paraId="4A1A8C50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BD4241" w14:paraId="6254D53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785C7F4" w14:textId="77777777" w:rsidR="00BD4241" w:rsidRDefault="00761A46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D4241" w14:paraId="7C34C7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B85CA98" w14:textId="77777777" w:rsidR="00BD4241" w:rsidRDefault="00761A46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06BA1AF7" w14:textId="77777777" w:rsidR="00BD4241" w:rsidRDefault="00BD4241">
            <w:pPr>
              <w:keepNext/>
            </w:pPr>
          </w:p>
        </w:tc>
        <w:tc>
          <w:tcPr>
            <w:tcW w:w="4015" w:type="dxa"/>
            <w:gridSpan w:val="3"/>
          </w:tcPr>
          <w:p w14:paraId="2CA91F04" w14:textId="77777777" w:rsidR="00BD4241" w:rsidRDefault="00761A46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F17B983" w14:textId="77777777" w:rsidR="00BD4241" w:rsidRDefault="00BD4241">
            <w:pPr>
              <w:keepNext/>
            </w:pPr>
          </w:p>
        </w:tc>
      </w:tr>
      <w:tr w:rsidR="00BD4241" w14:paraId="59B3BBB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FD0D623" w14:textId="77777777" w:rsidR="00BD4241" w:rsidRDefault="00761A46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BD4241" w14:paraId="642D4D2F" w14:textId="77777777">
        <w:trPr>
          <w:cantSplit/>
          <w:trHeight w:val="510"/>
        </w:trPr>
        <w:tc>
          <w:tcPr>
            <w:tcW w:w="1606" w:type="dxa"/>
          </w:tcPr>
          <w:p w14:paraId="5F35C58E" w14:textId="77777777" w:rsidR="00BD4241" w:rsidRDefault="00761A46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CE8C383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78A133C8" w14:textId="77777777" w:rsidR="00BD4241" w:rsidRDefault="00761A46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5B4C6C87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5"/>
          </w:tcPr>
          <w:p w14:paraId="1DEC4E0A" w14:textId="77777777" w:rsidR="00BD4241" w:rsidRDefault="00761A46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0D7A84B1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3041307A" w14:textId="77777777" w:rsidR="00BD4241" w:rsidRDefault="00761A46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4FED784F" w14:textId="77777777" w:rsidR="00BD4241" w:rsidRDefault="00BD4241">
            <w:pPr>
              <w:keepNext/>
            </w:pPr>
          </w:p>
        </w:tc>
      </w:tr>
      <w:tr w:rsidR="00BD4241" w14:paraId="71F408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8F6DFCA" w14:textId="77777777" w:rsidR="00BD4241" w:rsidRDefault="00761A46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BD4241" w14:paraId="3933B7C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9F4E2DE" w14:textId="77777777" w:rsidR="00BD4241" w:rsidRDefault="00761A46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2B03665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4"/>
          </w:tcPr>
          <w:p w14:paraId="3D2368B4" w14:textId="77777777" w:rsidR="00BD4241" w:rsidRDefault="00761A46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2749B16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1E6E4F5F" w14:textId="77777777" w:rsidR="00BD4241" w:rsidRDefault="00761A46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08E7A1B8" w14:textId="77777777" w:rsidR="00BD4241" w:rsidRDefault="00BD4241">
            <w:pPr>
              <w:keepNext/>
            </w:pPr>
          </w:p>
        </w:tc>
      </w:tr>
      <w:tr w:rsidR="00BD4241" w14:paraId="207F9BC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1E4661" w14:textId="77777777" w:rsidR="00BD4241" w:rsidRDefault="00761A46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47EBF1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3D75DCFA" w14:textId="77777777" w:rsidR="00BD4241" w:rsidRDefault="00761A46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DAB33F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BF58011" w14:textId="77777777" w:rsidR="00BD4241" w:rsidRDefault="00761A46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3EF765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2EA5DB1F" w14:textId="77777777" w:rsidR="00BD4241" w:rsidRDefault="00761A46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BD410CD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01954877" w14:textId="77777777" w:rsidR="00BD4241" w:rsidRDefault="00761A46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709B55A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2A7F1969" w14:textId="77777777" w:rsidR="00BD4241" w:rsidRDefault="00761A46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8FE9CAC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0ACD4FEC" w14:textId="77777777" w:rsidR="00BD4241" w:rsidRDefault="00761A46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017FD79F" w14:textId="77777777" w:rsidR="00BD4241" w:rsidRDefault="00BD4241">
            <w:pPr>
              <w:keepNext/>
            </w:pPr>
          </w:p>
        </w:tc>
      </w:tr>
      <w:tr w:rsidR="00BD4241" w14:paraId="45AD70A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A889AF4" w14:textId="77777777" w:rsidR="00BD4241" w:rsidRDefault="00761A46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D4241" w14:paraId="0056C1D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C8598B" w14:textId="77777777" w:rsidR="00BD4241" w:rsidRDefault="00761A46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61FE1EC" w14:textId="77777777" w:rsidR="00BD4241" w:rsidRDefault="00BD4241">
            <w:pPr>
              <w:keepNext/>
            </w:pPr>
          </w:p>
        </w:tc>
        <w:tc>
          <w:tcPr>
            <w:tcW w:w="5621" w:type="dxa"/>
            <w:gridSpan w:val="5"/>
          </w:tcPr>
          <w:p w14:paraId="102AC599" w14:textId="77777777" w:rsidR="00BD4241" w:rsidRDefault="00761A46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53EB2E29" w14:textId="77777777" w:rsidR="00BD4241" w:rsidRDefault="00BD4241">
            <w:pPr>
              <w:keepNext/>
            </w:pPr>
          </w:p>
        </w:tc>
      </w:tr>
      <w:tr w:rsidR="00BD4241" w14:paraId="03BDA35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576B57" w14:textId="77777777" w:rsidR="00BD4241" w:rsidRDefault="00761A46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BD4241" w14:paraId="652BC137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1D308525" w14:textId="77777777" w:rsidR="00BD4241" w:rsidRDefault="00761A46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6970A0EC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20DA7EB0" w14:textId="77777777" w:rsidR="00BD4241" w:rsidRDefault="00761A46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793AF090" w14:textId="77777777" w:rsidR="00BD4241" w:rsidRDefault="00BD4241">
            <w:pPr>
              <w:keepNext/>
            </w:pPr>
          </w:p>
        </w:tc>
      </w:tr>
      <w:tr w:rsidR="00BD4241" w:rsidRPr="00917520" w14:paraId="53ABF932" w14:textId="77777777">
        <w:trPr>
          <w:cantSplit/>
        </w:trPr>
        <w:tc>
          <w:tcPr>
            <w:tcW w:w="9636" w:type="dxa"/>
            <w:gridSpan w:val="8"/>
          </w:tcPr>
          <w:p w14:paraId="5AA05364" w14:textId="77777777" w:rsidR="00BD4241" w:rsidRPr="00A256C2" w:rsidRDefault="00761A46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titular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dreptului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proprietate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împuternicit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0783D327" w14:textId="77777777" w:rsidR="00BD4241" w:rsidRPr="00A256C2" w:rsidRDefault="00BD4241">
      <w:pPr>
        <w:spacing w:line="168" w:lineRule="auto"/>
        <w:rPr>
          <w:lang w:val="fr-FR"/>
        </w:rPr>
      </w:pPr>
    </w:p>
    <w:p w14:paraId="6748266E" w14:textId="77777777" w:rsidR="00BD4241" w:rsidRPr="00232B9E" w:rsidRDefault="00761A46">
      <w:pPr>
        <w:spacing w:before="80" w:after="60"/>
        <w:jc w:val="center"/>
        <w:rPr>
          <w:lang w:val="fr-FR"/>
        </w:rPr>
      </w:pPr>
      <w:proofErr w:type="spellStart"/>
      <w:r w:rsidRPr="00232B9E">
        <w:rPr>
          <w:sz w:val="18"/>
          <w:lang w:val="fr-FR"/>
        </w:rPr>
        <w:t>în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conformitate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cu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prevederile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Legii</w:t>
      </w:r>
      <w:proofErr w:type="spellEnd"/>
      <w:r w:rsidRPr="00232B9E">
        <w:rPr>
          <w:sz w:val="18"/>
          <w:lang w:val="fr-FR"/>
        </w:rPr>
        <w:t xml:space="preserve"> nr. 169/2026 </w:t>
      </w:r>
      <w:proofErr w:type="spellStart"/>
      <w:r w:rsidRPr="00232B9E">
        <w:rPr>
          <w:sz w:val="18"/>
          <w:lang w:val="fr-FR"/>
        </w:rPr>
        <w:t>privind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Codul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amenajării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teritoriului</w:t>
      </w:r>
      <w:proofErr w:type="spellEnd"/>
      <w:r w:rsidRPr="00232B9E">
        <w:rPr>
          <w:sz w:val="18"/>
          <w:lang w:val="fr-FR"/>
        </w:rPr>
        <w:t xml:space="preserve">, </w:t>
      </w:r>
      <w:proofErr w:type="spellStart"/>
      <w:r w:rsidRPr="00232B9E">
        <w:rPr>
          <w:sz w:val="18"/>
          <w:lang w:val="fr-FR"/>
        </w:rPr>
        <w:t>urbanismului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și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construcțiilor</w:t>
      </w:r>
      <w:proofErr w:type="spellEnd"/>
      <w:r w:rsidRPr="00232B9E">
        <w:rPr>
          <w:sz w:val="18"/>
          <w:lang w:val="fr-FR"/>
        </w:rPr>
        <w:t>,</w:t>
      </w:r>
    </w:p>
    <w:p w14:paraId="55F72AB1" w14:textId="77777777" w:rsidR="00BD4241" w:rsidRPr="00232B9E" w:rsidRDefault="00761A46">
      <w:pPr>
        <w:spacing w:before="80" w:after="60"/>
        <w:jc w:val="center"/>
        <w:rPr>
          <w:lang w:val="fr-FR"/>
        </w:rPr>
      </w:pPr>
      <w:proofErr w:type="spellStart"/>
      <w:r w:rsidRPr="00232B9E">
        <w:rPr>
          <w:sz w:val="18"/>
          <w:lang w:val="fr-FR"/>
        </w:rPr>
        <w:t>solicit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emiterea</w:t>
      </w:r>
      <w:proofErr w:type="spellEnd"/>
    </w:p>
    <w:p w14:paraId="458BA7BA" w14:textId="77777777" w:rsidR="00917520" w:rsidRDefault="00761A46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>CERTIFICATULUI DE URBANISM</w:t>
      </w:r>
    </w:p>
    <w:p w14:paraId="062DB540" w14:textId="00B1F188" w:rsidR="00BD4241" w:rsidRDefault="00761A46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 xml:space="preserve"> PENTRU</w:t>
      </w:r>
    </w:p>
    <w:p w14:paraId="44A1332E" w14:textId="12DABAD3" w:rsidR="00462384" w:rsidRPr="00232B9E" w:rsidRDefault="00917520">
      <w:pPr>
        <w:spacing w:after="160"/>
        <w:jc w:val="center"/>
        <w:rPr>
          <w:b/>
          <w:sz w:val="20"/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 xml:space="preserve">CONSTRUIRE /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>DESFIINȚARE</w:t>
      </w:r>
    </w:p>
    <w:p w14:paraId="6BCF1DD1" w14:textId="1CB91F6C" w:rsidR="00A256C2" w:rsidRPr="00232B9E" w:rsidRDefault="00A256C2" w:rsidP="00462384">
      <w:pPr>
        <w:spacing w:after="160"/>
        <w:jc w:val="center"/>
        <w:rPr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clădiri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și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amenajări</w:t>
      </w:r>
      <w:proofErr w:type="spellEnd"/>
      <w:r w:rsidRPr="00232B9E">
        <w:rPr>
          <w:sz w:val="16"/>
          <w:lang w:val="fr-FR"/>
        </w:rPr>
        <w:t xml:space="preserve">  </w:t>
      </w:r>
      <w:r w:rsidR="00917520">
        <w:rPr>
          <w:sz w:val="16"/>
          <w:lang w:val="fr-FR"/>
        </w:rPr>
        <w:t>/</w:t>
      </w:r>
      <w:r w:rsidRPr="00232B9E">
        <w:rPr>
          <w:sz w:val="16"/>
          <w:lang w:val="fr-FR"/>
        </w:rPr>
        <w:t xml:space="preserve">   </w:t>
      </w:r>
      <w:r w:rsidR="00462384" w:rsidRPr="00232B9E">
        <w:rPr>
          <w:rFonts w:ascii="Segoe UI Symbol" w:hAnsi="Segoe UI Symbol" w:cs="Segoe UI Symbol"/>
          <w:sz w:val="16"/>
          <w:lang w:val="fr-FR"/>
        </w:rPr>
        <w:t>☐</w:t>
      </w:r>
      <w:r w:rsidR="00462384" w:rsidRPr="00232B9E">
        <w:rPr>
          <w:sz w:val="16"/>
          <w:lang w:val="fr-FR"/>
        </w:rPr>
        <w:t xml:space="preserve"> </w:t>
      </w:r>
      <w:proofErr w:type="spellStart"/>
      <w:r w:rsidR="00462384">
        <w:rPr>
          <w:sz w:val="16"/>
          <w:lang w:val="fr-FR"/>
        </w:rPr>
        <w:t>lucrări</w:t>
      </w:r>
      <w:proofErr w:type="spellEnd"/>
      <w:r w:rsidR="00462384">
        <w:rPr>
          <w:sz w:val="16"/>
          <w:lang w:val="fr-FR"/>
        </w:rPr>
        <w:t xml:space="preserve"> </w:t>
      </w:r>
      <w:proofErr w:type="spellStart"/>
      <w:r w:rsidR="00462384">
        <w:rPr>
          <w:sz w:val="16"/>
          <w:lang w:val="fr-FR"/>
        </w:rPr>
        <w:t>inginerești</w:t>
      </w:r>
      <w:proofErr w:type="spellEnd"/>
      <w:r w:rsidR="00462384">
        <w:rPr>
          <w:lang w:val="fr-FR"/>
        </w:rPr>
        <w:t xml:space="preserve">  </w:t>
      </w:r>
      <w:r w:rsidR="00917520">
        <w:rPr>
          <w:lang w:val="fr-FR"/>
        </w:rPr>
        <w:t>/</w:t>
      </w:r>
      <w:r w:rsidR="00462384">
        <w:rPr>
          <w:lang w:val="fr-FR"/>
        </w:rPr>
        <w:t xml:space="preserve">  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construc</w:t>
      </w:r>
      <w:r w:rsidRPr="00232B9E">
        <w:rPr>
          <w:rFonts w:cs="Times New Roman"/>
          <w:sz w:val="16"/>
          <w:lang w:val="fr-FR"/>
        </w:rPr>
        <w:t>ț</w:t>
      </w:r>
      <w:r w:rsidRPr="00232B9E">
        <w:rPr>
          <w:sz w:val="16"/>
          <w:lang w:val="fr-FR"/>
        </w:rPr>
        <w:t>ii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caracter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special</w:t>
      </w:r>
      <w:proofErr w:type="spellEnd"/>
    </w:p>
    <w:p w14:paraId="386D6A02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0F02257A" w14:textId="77777777">
        <w:trPr>
          <w:cantSplit/>
        </w:trPr>
        <w:tc>
          <w:tcPr>
            <w:tcW w:w="9636" w:type="dxa"/>
            <w:shd w:val="clear" w:color="auto" w:fill="F4F4F4"/>
          </w:tcPr>
          <w:p w14:paraId="5888B12E" w14:textId="1131FE8E" w:rsidR="00BD4241" w:rsidRDefault="00761A46">
            <w:pPr>
              <w:keepNext/>
            </w:pPr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vederea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realizării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obiectivului</w:t>
            </w:r>
            <w:proofErr w:type="spellEnd"/>
            <w:r w:rsidR="00A256C2">
              <w:rPr>
                <w:sz w:val="16"/>
              </w:rPr>
              <w:t xml:space="preserve"> de </w:t>
            </w:r>
            <w:proofErr w:type="spellStart"/>
            <w:r w:rsidR="00A256C2">
              <w:rPr>
                <w:sz w:val="16"/>
              </w:rPr>
              <w:t>investiții</w:t>
            </w:r>
            <w:proofErr w:type="spellEnd"/>
            <w:r>
              <w:rPr>
                <w:sz w:val="16"/>
              </w:rPr>
              <w:t>:</w:t>
            </w:r>
          </w:p>
        </w:tc>
      </w:tr>
      <w:tr w:rsidR="00BD4241" w14:paraId="50990383" w14:textId="77777777">
        <w:trPr>
          <w:cantSplit/>
        </w:trPr>
        <w:tc>
          <w:tcPr>
            <w:tcW w:w="9636" w:type="dxa"/>
          </w:tcPr>
          <w:p w14:paraId="60648525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  <w:p w14:paraId="0B54D5C1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9288D7C" w14:textId="77777777" w:rsidR="00BD4241" w:rsidRDefault="00BD4241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BD4241" w14:paraId="02B56E7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3C8A02B" w14:textId="77777777" w:rsidR="00BD4241" w:rsidRDefault="00761A46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IMOBILUL/ELE</w:t>
            </w:r>
          </w:p>
        </w:tc>
      </w:tr>
      <w:tr w:rsidR="00BD4241" w14:paraId="1CA69627" w14:textId="77777777">
        <w:trPr>
          <w:cantSplit/>
        </w:trPr>
        <w:tc>
          <w:tcPr>
            <w:tcW w:w="9636" w:type="dxa"/>
            <w:gridSpan w:val="7"/>
          </w:tcPr>
          <w:p w14:paraId="055B5A5F" w14:textId="77777777" w:rsidR="00BD4241" w:rsidRDefault="00761A46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BD4241" w14:paraId="4648DBC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DDB2402" w14:textId="77777777" w:rsidR="00BD4241" w:rsidRDefault="00761A46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1B01471E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3"/>
          </w:tcPr>
          <w:p w14:paraId="1B1218BA" w14:textId="77777777" w:rsidR="00BD4241" w:rsidRDefault="00761A46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04B4E58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04095758" w14:textId="77777777" w:rsidR="00BD4241" w:rsidRDefault="00761A46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7568887B" w14:textId="77777777" w:rsidR="00BD4241" w:rsidRDefault="00BD4241">
            <w:pPr>
              <w:keepNext/>
            </w:pPr>
          </w:p>
        </w:tc>
      </w:tr>
      <w:tr w:rsidR="00BD4241" w14:paraId="413F74BA" w14:textId="77777777">
        <w:trPr>
          <w:cantSplit/>
          <w:trHeight w:val="510"/>
        </w:trPr>
        <w:tc>
          <w:tcPr>
            <w:tcW w:w="1606" w:type="dxa"/>
          </w:tcPr>
          <w:p w14:paraId="74236BBA" w14:textId="77777777" w:rsidR="00BD4241" w:rsidRDefault="00761A46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DE8BF00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34F4235D" w14:textId="77777777" w:rsidR="00BD4241" w:rsidRDefault="00761A46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FD81C0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C6769DB" w14:textId="77777777" w:rsidR="00BD4241" w:rsidRDefault="00761A46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654DEDD" w14:textId="77777777" w:rsidR="00BD4241" w:rsidRDefault="00BD4241">
            <w:pPr>
              <w:keepNext/>
            </w:pPr>
          </w:p>
        </w:tc>
        <w:tc>
          <w:tcPr>
            <w:tcW w:w="2409" w:type="dxa"/>
          </w:tcPr>
          <w:p w14:paraId="00F671C5" w14:textId="77777777" w:rsidR="00BD4241" w:rsidRDefault="00761A46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09774FDD" w14:textId="77777777" w:rsidR="00BD4241" w:rsidRDefault="00BD4241">
            <w:pPr>
              <w:keepNext/>
            </w:pPr>
          </w:p>
        </w:tc>
      </w:tr>
      <w:tr w:rsidR="00BD4241" w14:paraId="06DC80B1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A6DE5B1" w14:textId="77777777" w:rsidR="00BD4241" w:rsidRPr="00A256C2" w:rsidRDefault="00761A46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Număr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cadastral/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ele</w:t>
            </w:r>
            <w:proofErr w:type="spellEnd"/>
          </w:p>
          <w:p w14:paraId="2511787E" w14:textId="77777777" w:rsidR="00BD4241" w:rsidRPr="00A256C2" w:rsidRDefault="00761A46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i/>
                <w:color w:val="7A7A7A"/>
                <w:lang w:val="fr-FR"/>
              </w:rPr>
              <w:t>dacă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e-Terra</w:t>
            </w:r>
          </w:p>
          <w:p w14:paraId="2A482E4D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E25001D" w14:textId="77777777" w:rsidR="00BD4241" w:rsidRDefault="00761A46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C821E97" w14:textId="77777777" w:rsidR="00BD4241" w:rsidRDefault="00BD4241">
            <w:pPr>
              <w:keepNext/>
            </w:pPr>
          </w:p>
        </w:tc>
      </w:tr>
      <w:tr w:rsidR="00BD4241" w14:paraId="3BF4AAB7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441C71D" w14:textId="77777777" w:rsidR="00BD4241" w:rsidRDefault="00761A46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terenului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7A8081F1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2F05F5A9" w14:textId="77777777" w:rsidR="00BD4241" w:rsidRDefault="00761A46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construcției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12AE18A8" w14:textId="77777777" w:rsidR="00BD4241" w:rsidRDefault="00BD4241">
            <w:pPr>
              <w:keepNext/>
            </w:pPr>
          </w:p>
        </w:tc>
      </w:tr>
    </w:tbl>
    <w:p w14:paraId="05AFE76A" w14:textId="77777777" w:rsidR="00BD4241" w:rsidRDefault="00BD4241">
      <w:pPr>
        <w:spacing w:line="168" w:lineRule="auto"/>
      </w:pPr>
    </w:p>
    <w:p w14:paraId="484D8D92" w14:textId="77777777" w:rsidR="00BD4241" w:rsidRDefault="00761A46">
      <w:r>
        <w:br w:type="page"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9225C5D" w14:textId="77777777">
        <w:trPr>
          <w:cantSplit/>
        </w:trPr>
        <w:tc>
          <w:tcPr>
            <w:tcW w:w="9636" w:type="dxa"/>
            <w:shd w:val="clear" w:color="auto" w:fill="F4F4F4"/>
          </w:tcPr>
          <w:p w14:paraId="623CFF7D" w14:textId="77777777" w:rsidR="00BD4241" w:rsidRDefault="00761A46">
            <w:pPr>
              <w:keepNext/>
            </w:pPr>
            <w:r>
              <w:rPr>
                <w:b/>
                <w:sz w:val="16"/>
              </w:rPr>
              <w:lastRenderedPageBreak/>
              <w:t xml:space="preserve"> 4. </w:t>
            </w:r>
            <w:r>
              <w:rPr>
                <w:b/>
                <w:color w:val="000000"/>
                <w:sz w:val="18"/>
              </w:rPr>
              <w:t>ÎNCADRAREA LUCRĂRILOR</w:t>
            </w:r>
          </w:p>
        </w:tc>
      </w:tr>
      <w:tr w:rsidR="00BD4241" w:rsidRPr="00917520" w14:paraId="6D8D566C" w14:textId="77777777">
        <w:trPr>
          <w:cantSplit/>
        </w:trPr>
        <w:tc>
          <w:tcPr>
            <w:tcW w:w="9636" w:type="dxa"/>
            <w:shd w:val="clear" w:color="auto" w:fill="F4F4F4"/>
          </w:tcPr>
          <w:p w14:paraId="163E4297" w14:textId="25D66D26" w:rsidR="00BD4241" w:rsidRPr="00917520" w:rsidRDefault="00761A46">
            <w:pPr>
              <w:keepNext/>
              <w:rPr>
                <w:b/>
                <w:bCs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A ·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noi</w:t>
            </w:r>
            <w:proofErr w:type="spellEnd"/>
          </w:p>
        </w:tc>
      </w:tr>
      <w:tr w:rsidR="00BD4241" w:rsidRPr="00917520" w14:paraId="4CBB7AF4" w14:textId="77777777">
        <w:trPr>
          <w:cantSplit/>
        </w:trPr>
        <w:tc>
          <w:tcPr>
            <w:tcW w:w="9636" w:type="dxa"/>
          </w:tcPr>
          <w:p w14:paraId="62395695" w14:textId="77777777" w:rsidR="00BD4241" w:rsidRPr="00A256C2" w:rsidRDefault="00761A46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civile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industriale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agricole     ☐ </w:t>
            </w:r>
            <w:proofErr w:type="spellStart"/>
            <w:r w:rsidRPr="00A256C2">
              <w:rPr>
                <w:sz w:val="16"/>
                <w:lang w:val="fr-FR"/>
              </w:rPr>
              <w:t>construcții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caracter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special</w:t>
            </w:r>
            <w:proofErr w:type="spellEnd"/>
          </w:p>
        </w:tc>
      </w:tr>
      <w:tr w:rsidR="00BD4241" w:rsidRPr="00917520" w14:paraId="00BD24BB" w14:textId="77777777">
        <w:trPr>
          <w:cantSplit/>
        </w:trPr>
        <w:tc>
          <w:tcPr>
            <w:tcW w:w="9636" w:type="dxa"/>
            <w:shd w:val="clear" w:color="auto" w:fill="F4F4F4"/>
          </w:tcPr>
          <w:p w14:paraId="4F68C0E6" w14:textId="043F5594" w:rsidR="00BD4241" w:rsidRPr="00A256C2" w:rsidRDefault="00761A46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r</w:t>
            </w:r>
            <w:r w:rsidRPr="00A256C2">
              <w:rPr>
                <w:sz w:val="16"/>
                <w:lang w:val="fr-FR"/>
              </w:rPr>
              <w:t>ealizate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r w:rsidR="00A256C2" w:rsidRPr="00A256C2">
              <w:rPr>
                <w:sz w:val="16"/>
                <w:lang w:val="fr-FR"/>
              </w:rPr>
              <w:t xml:space="preserve">(se va </w:t>
            </w:r>
            <w:proofErr w:type="spellStart"/>
            <w:r w:rsidR="00A256C2" w:rsidRPr="00A256C2">
              <w:rPr>
                <w:sz w:val="16"/>
                <w:lang w:val="fr-FR"/>
              </w:rPr>
              <w:t>bifa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="00A256C2" w:rsidRPr="00A256C2">
              <w:rPr>
                <w:sz w:val="16"/>
                <w:lang w:val="fr-FR"/>
              </w:rPr>
              <w:t>în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masura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</w:t>
            </w:r>
            <w:r w:rsidR="00A256C2" w:rsidRPr="00A256C2">
              <w:rPr>
                <w:sz w:val="16"/>
                <w:lang w:val="fr-FR"/>
              </w:rPr>
              <w:t>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care </w:t>
            </w:r>
            <w:proofErr w:type="spellStart"/>
            <w:r w:rsidR="00A256C2" w:rsidRPr="00A256C2">
              <w:rPr>
                <w:sz w:val="16"/>
                <w:lang w:val="fr-FR"/>
              </w:rPr>
              <w:t>sunt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cunoscute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solicitantulu</w:t>
            </w:r>
            <w:r w:rsidR="00A256C2">
              <w:rPr>
                <w:sz w:val="16"/>
                <w:lang w:val="fr-FR"/>
              </w:rPr>
              <w:t>i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informațiile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cu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privire</w:t>
            </w:r>
            <w:proofErr w:type="spellEnd"/>
            <w:r w:rsidR="00A256C2">
              <w:rPr>
                <w:sz w:val="16"/>
                <w:lang w:val="fr-FR"/>
              </w:rPr>
              <w:t xml:space="preserve"> la </w:t>
            </w:r>
            <w:proofErr w:type="spellStart"/>
            <w:r w:rsidR="00A256C2">
              <w:rPr>
                <w:sz w:val="16"/>
                <w:lang w:val="fr-FR"/>
              </w:rPr>
              <w:t>amplasarea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în</w:t>
            </w:r>
            <w:proofErr w:type="spellEnd"/>
            <w:r w:rsidR="00A256C2">
              <w:rPr>
                <w:sz w:val="16"/>
                <w:lang w:val="fr-FR"/>
              </w:rPr>
              <w:t xml:space="preserve"> zona de </w:t>
            </w:r>
            <w:proofErr w:type="spellStart"/>
            <w:r w:rsidR="00A256C2">
              <w:rPr>
                <w:sz w:val="16"/>
                <w:lang w:val="fr-FR"/>
              </w:rPr>
              <w:t>protecție</w:t>
            </w:r>
            <w:proofErr w:type="spellEnd"/>
            <w:r w:rsidR="00A256C2">
              <w:rPr>
                <w:sz w:val="16"/>
                <w:lang w:val="fr-FR"/>
              </w:rPr>
              <w:t>/</w:t>
            </w:r>
            <w:proofErr w:type="spellStart"/>
            <w:r w:rsidR="00A256C2">
              <w:rPr>
                <w:sz w:val="16"/>
                <w:lang w:val="fr-FR"/>
              </w:rPr>
              <w:t>protejată</w:t>
            </w:r>
            <w:proofErr w:type="spellEnd"/>
            <w:r w:rsidR="00A256C2" w:rsidRPr="00A256C2">
              <w:rPr>
                <w:sz w:val="16"/>
                <w:lang w:val="fr-FR"/>
              </w:rPr>
              <w:t>)</w:t>
            </w:r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:</w:t>
            </w:r>
          </w:p>
        </w:tc>
      </w:tr>
      <w:tr w:rsidR="00BD4241" w:rsidRPr="00917520" w14:paraId="16707DF8" w14:textId="77777777">
        <w:trPr>
          <w:cantSplit/>
        </w:trPr>
        <w:tc>
          <w:tcPr>
            <w:tcW w:w="9636" w:type="dxa"/>
          </w:tcPr>
          <w:p w14:paraId="1830A858" w14:textId="6C166497" w:rsidR="00A256C2" w:rsidRDefault="00761A46">
            <w:pPr>
              <w:keepNext/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zona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zonelor</w:t>
            </w:r>
            <w:proofErr w:type="spellEnd"/>
            <w:r w:rsidRPr="00A256C2">
              <w:rPr>
                <w:sz w:val="16"/>
                <w:lang w:val="fr-FR"/>
              </w:rPr>
              <w:t xml:space="preserve">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7336BFFF" w14:textId="18BC78A2" w:rsidR="00BD4241" w:rsidRPr="00A256C2" w:rsidRDefault="00A256C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>
              <w:rPr>
                <w:sz w:val="16"/>
                <w:lang w:val="fr-FR"/>
              </w:rPr>
              <w:t xml:space="preserve">                              </w:t>
            </w:r>
            <w:r w:rsidRPr="00A256C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nu </w:t>
            </w:r>
            <w:proofErr w:type="spellStart"/>
            <w:r>
              <w:rPr>
                <w:sz w:val="16"/>
                <w:lang w:val="fr-FR"/>
              </w:rPr>
              <w:t>sunt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cunoscute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solicitantului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astfel</w:t>
            </w:r>
            <w:proofErr w:type="spellEnd"/>
            <w:r>
              <w:rPr>
                <w:sz w:val="16"/>
                <w:lang w:val="fr-FR"/>
              </w:rPr>
              <w:t xml:space="preserve"> de </w:t>
            </w:r>
            <w:proofErr w:type="spellStart"/>
            <w:r>
              <w:rPr>
                <w:sz w:val="16"/>
                <w:lang w:val="fr-FR"/>
              </w:rPr>
              <w:t>informații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</w:tc>
      </w:tr>
      <w:tr w:rsidR="00BD4241" w:rsidRPr="00917520" w14:paraId="53A5B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1C5C80" w14:textId="05C93D1A" w:rsidR="00917520" w:rsidRDefault="00761A46">
            <w:pPr>
              <w:keepNext/>
              <w:rPr>
                <w:b/>
                <w:bCs/>
                <w:sz w:val="16"/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 xml:space="preserve"> B</w:t>
            </w:r>
            <w:r w:rsidR="00917520">
              <w:rPr>
                <w:b/>
                <w:bCs/>
                <w:sz w:val="16"/>
                <w:lang w:val="fr-FR"/>
              </w:rPr>
              <w:t>.</w:t>
            </w:r>
            <w:r w:rsidRPr="00917520">
              <w:rPr>
                <w:b/>
                <w:bCs/>
                <w:sz w:val="16"/>
                <w:lang w:val="fr-FR"/>
              </w:rPr>
              <w:t xml:space="preserve"> ·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asupra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construcțiilor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existente</w:t>
            </w:r>
            <w:proofErr w:type="spellEnd"/>
            <w:r w:rsidR="00917520"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="00917520">
              <w:rPr>
                <w:b/>
                <w:bCs/>
                <w:sz w:val="16"/>
                <w:lang w:val="fr-FR"/>
              </w:rPr>
              <w:t xml:space="preserve"> : </w:t>
            </w:r>
          </w:p>
          <w:p w14:paraId="749D5A7F" w14:textId="7913D592" w:rsidR="00BD4241" w:rsidRPr="00917520" w:rsidRDefault="00917520">
            <w:pPr>
              <w:keepNext/>
              <w:rPr>
                <w:b/>
                <w:bCs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B.1. la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alte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decât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cele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prevăzute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la lit. B.2)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și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B.3)</w:t>
            </w:r>
          </w:p>
        </w:tc>
      </w:tr>
      <w:tr w:rsidR="00BD4241" w14:paraId="68DB9200" w14:textId="77777777">
        <w:trPr>
          <w:cantSplit/>
        </w:trPr>
        <w:tc>
          <w:tcPr>
            <w:tcW w:w="9636" w:type="dxa"/>
            <w:shd w:val="clear" w:color="auto" w:fill="F4F4F4"/>
          </w:tcPr>
          <w:p w14:paraId="43929143" w14:textId="09946C98" w:rsidR="00BD4241" w:rsidRPr="00917520" w:rsidRDefault="00761A46">
            <w:pPr>
              <w:keepNext/>
              <w:rPr>
                <w:b/>
                <w:bCs/>
                <w:sz w:val="16"/>
              </w:rPr>
            </w:pPr>
            <w:r>
              <w:rPr>
                <w:sz w:val="16"/>
              </w:rPr>
              <w:t xml:space="preserve"> </w:t>
            </w:r>
            <w:r w:rsidR="00917520" w:rsidRPr="00A256C2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</w:rPr>
              <w:t xml:space="preserve">B.2 </w:t>
            </w:r>
            <w:r w:rsidR="00917520">
              <w:rPr>
                <w:b/>
                <w:bCs/>
                <w:sz w:val="16"/>
              </w:rPr>
              <w:t>.</w:t>
            </w:r>
            <w:r w:rsidRPr="00917520">
              <w:rPr>
                <w:b/>
                <w:bCs/>
                <w:sz w:val="16"/>
              </w:rPr>
              <w:t>·l</w:t>
            </w:r>
            <w:r w:rsidR="00917520" w:rsidRPr="00917520">
              <w:rPr>
                <w:b/>
                <w:bCs/>
                <w:sz w:val="16"/>
              </w:rPr>
              <w:t xml:space="preserve">a </w:t>
            </w:r>
            <w:proofErr w:type="spellStart"/>
            <w:r w:rsidR="00917520" w:rsidRPr="00917520">
              <w:rPr>
                <w:b/>
                <w:bCs/>
                <w:sz w:val="16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</w:rPr>
              <w:t>:</w:t>
            </w:r>
          </w:p>
        </w:tc>
      </w:tr>
      <w:tr w:rsidR="00BD4241" w14:paraId="38C10CCA" w14:textId="77777777">
        <w:trPr>
          <w:cantSplit/>
        </w:trPr>
        <w:tc>
          <w:tcPr>
            <w:tcW w:w="9636" w:type="dxa"/>
          </w:tcPr>
          <w:p w14:paraId="4A7D01F6" w14:textId="75013ED7" w:rsidR="00BD4241" w:rsidRDefault="00761A46">
            <w:pPr>
              <w:keepNext/>
            </w:pPr>
            <w:r>
              <w:rPr>
                <w:sz w:val="16"/>
              </w:rPr>
              <w:t xml:space="preserve">☐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stabilite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422/2001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protejarea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republicată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modificările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completările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ulterioare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anexele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acestora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identificate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același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BD4241" w14:paraId="68A8984F" w14:textId="77777777">
        <w:trPr>
          <w:cantSplit/>
        </w:trPr>
        <w:tc>
          <w:tcPr>
            <w:tcW w:w="9636" w:type="dxa"/>
          </w:tcPr>
          <w:p w14:paraId="611473BA" w14:textId="6A0B37E4" w:rsidR="00BD4241" w:rsidRDefault="00761A46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aflate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zona de </w:t>
            </w:r>
            <w:proofErr w:type="spellStart"/>
            <w:r>
              <w:rPr>
                <w:sz w:val="16"/>
              </w:rPr>
              <w:t>protecție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</w:p>
        </w:tc>
      </w:tr>
      <w:tr w:rsidR="00BD4241" w:rsidRPr="00917520" w14:paraId="2E03D770" w14:textId="77777777">
        <w:trPr>
          <w:cantSplit/>
        </w:trPr>
        <w:tc>
          <w:tcPr>
            <w:tcW w:w="9636" w:type="dxa"/>
          </w:tcPr>
          <w:p w14:paraId="26E80490" w14:textId="059D6448" w:rsidR="00BD4241" w:rsidRPr="00A256C2" w:rsidRDefault="00761A46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aflate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potrivit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legii</w:t>
            </w:r>
            <w:proofErr w:type="spellEnd"/>
          </w:p>
        </w:tc>
      </w:tr>
      <w:tr w:rsidR="00BD4241" w:rsidRPr="00917520" w14:paraId="399BC221" w14:textId="77777777">
        <w:trPr>
          <w:cantSplit/>
        </w:trPr>
        <w:tc>
          <w:tcPr>
            <w:tcW w:w="9636" w:type="dxa"/>
          </w:tcPr>
          <w:p w14:paraId="646CB655" w14:textId="3A8D83ED" w:rsidR="00BD4241" w:rsidRPr="00A256C2" w:rsidRDefault="00761A46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valoare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arhitecturală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sau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istorică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deosebită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prin </w:t>
            </w:r>
            <w:proofErr w:type="spellStart"/>
            <w:r w:rsidRPr="00A256C2">
              <w:rPr>
                <w:sz w:val="16"/>
                <w:lang w:val="fr-FR"/>
              </w:rPr>
              <w:t>documentații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urbanism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aprobate</w:t>
            </w:r>
            <w:proofErr w:type="spellEnd"/>
          </w:p>
        </w:tc>
      </w:tr>
      <w:tr w:rsidR="00BD4241" w:rsidRPr="00917520" w14:paraId="0E0553C6" w14:textId="77777777">
        <w:trPr>
          <w:cantSplit/>
        </w:trPr>
        <w:tc>
          <w:tcPr>
            <w:tcW w:w="9636" w:type="dxa"/>
            <w:shd w:val="clear" w:color="auto" w:fill="F4F4F4"/>
          </w:tcPr>
          <w:p w14:paraId="2773515E" w14:textId="1E16CC47" w:rsidR="00BD4241" w:rsidRPr="00917520" w:rsidRDefault="00917520">
            <w:pPr>
              <w:keepNext/>
              <w:rPr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 xml:space="preserve">☐  B.3 · la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special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           </w:t>
            </w:r>
            <w:r w:rsidRPr="00917520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altele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decât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cele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stabilite</w:t>
            </w:r>
            <w:proofErr w:type="spellEnd"/>
            <w:r w:rsidRPr="00917520">
              <w:rPr>
                <w:sz w:val="16"/>
                <w:lang w:val="fr-FR"/>
              </w:rPr>
              <w:t xml:space="preserve"> la </w:t>
            </w:r>
            <w:r>
              <w:rPr>
                <w:sz w:val="16"/>
                <w:lang w:val="fr-FR"/>
              </w:rPr>
              <w:t xml:space="preserve">lit. </w:t>
            </w:r>
            <w:r w:rsidRPr="00917520">
              <w:rPr>
                <w:sz w:val="16"/>
                <w:lang w:val="fr-FR"/>
              </w:rPr>
              <w:t>B</w:t>
            </w:r>
            <w:r>
              <w:rPr>
                <w:sz w:val="16"/>
                <w:lang w:val="fr-FR"/>
              </w:rPr>
              <w:t>.2)</w:t>
            </w:r>
          </w:p>
        </w:tc>
      </w:tr>
      <w:tr w:rsidR="00BD4241" w:rsidRPr="00917520" w14:paraId="239F77F8" w14:textId="77777777">
        <w:trPr>
          <w:cantSplit/>
        </w:trPr>
        <w:tc>
          <w:tcPr>
            <w:tcW w:w="9636" w:type="dxa"/>
          </w:tcPr>
          <w:p w14:paraId="7D6B977C" w14:textId="5D3DCD24" w:rsidR="00BD4241" w:rsidRPr="00917520" w:rsidRDefault="00761A46">
            <w:pPr>
              <w:keepNext/>
              <w:rPr>
                <w:lang w:val="fr-FR"/>
              </w:rPr>
            </w:pPr>
            <w:r w:rsidRPr="00917520">
              <w:rPr>
                <w:sz w:val="16"/>
                <w:lang w:val="fr-FR"/>
              </w:rPr>
              <w:t xml:space="preserve"> </w:t>
            </w:r>
            <w:r w:rsidR="00917520">
              <w:rPr>
                <w:sz w:val="16"/>
                <w:lang w:val="fr-FR"/>
              </w:rPr>
              <w:t xml:space="preserve">                                                                                                </w:t>
            </w:r>
            <w:r w:rsidR="00917520" w:rsidRPr="00917520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din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categoria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celor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 w:rsidRPr="00917520">
              <w:rPr>
                <w:sz w:val="16"/>
                <w:lang w:val="fr-FR"/>
              </w:rPr>
              <w:t>stabilite</w:t>
            </w:r>
            <w:proofErr w:type="spellEnd"/>
            <w:r w:rsidR="00917520" w:rsidRPr="00917520">
              <w:rPr>
                <w:sz w:val="16"/>
                <w:lang w:val="fr-FR"/>
              </w:rPr>
              <w:t xml:space="preserve"> la </w:t>
            </w:r>
            <w:r w:rsidR="00917520">
              <w:rPr>
                <w:sz w:val="16"/>
                <w:lang w:val="fr-FR"/>
              </w:rPr>
              <w:t xml:space="preserve">lit. </w:t>
            </w:r>
            <w:r w:rsidR="00917520" w:rsidRPr="00917520">
              <w:rPr>
                <w:sz w:val="16"/>
                <w:lang w:val="fr-FR"/>
              </w:rPr>
              <w:t>B</w:t>
            </w:r>
            <w:r w:rsidR="00917520">
              <w:rPr>
                <w:sz w:val="16"/>
                <w:lang w:val="fr-FR"/>
              </w:rPr>
              <w:t>.2)</w:t>
            </w:r>
          </w:p>
        </w:tc>
      </w:tr>
      <w:tr w:rsidR="00BD4241" w14:paraId="61FD499A" w14:textId="77777777">
        <w:trPr>
          <w:cantSplit/>
        </w:trPr>
        <w:tc>
          <w:tcPr>
            <w:tcW w:w="9636" w:type="dxa"/>
            <w:shd w:val="clear" w:color="auto" w:fill="F4F4F4"/>
          </w:tcPr>
          <w:p w14:paraId="37CA2BC1" w14:textId="77777777" w:rsidR="00BD4241" w:rsidRDefault="00761A46">
            <w:pPr>
              <w:keepNext/>
            </w:pPr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C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</w:p>
        </w:tc>
      </w:tr>
      <w:tr w:rsidR="00BD4241" w14:paraId="34F7FA5C" w14:textId="77777777">
        <w:trPr>
          <w:cantSplit/>
        </w:trPr>
        <w:tc>
          <w:tcPr>
            <w:tcW w:w="9636" w:type="dxa"/>
          </w:tcPr>
          <w:p w14:paraId="4CFD8584" w14:textId="77777777" w:rsidR="00BD4241" w:rsidRDefault="00761A46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civile    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îmbunătățiri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funciare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provizorii</w:t>
            </w:r>
            <w:proofErr w:type="spellEnd"/>
            <w:r>
              <w:rPr>
                <w:sz w:val="16"/>
              </w:rPr>
              <w:t xml:space="preserve"> / cu </w:t>
            </w:r>
            <w:proofErr w:type="spellStart"/>
            <w:r>
              <w:rPr>
                <w:sz w:val="16"/>
              </w:rPr>
              <w:t>caracter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temporar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prospectarea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foraje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excavări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zăcăminte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naturale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verzi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plantate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organizare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șantier</w:t>
            </w:r>
            <w:proofErr w:type="spellEnd"/>
          </w:p>
        </w:tc>
      </w:tr>
      <w:tr w:rsidR="00BD4241" w14:paraId="18FED438" w14:textId="77777777">
        <w:trPr>
          <w:cantSplit/>
        </w:trPr>
        <w:tc>
          <w:tcPr>
            <w:tcW w:w="9636" w:type="dxa"/>
            <w:shd w:val="clear" w:color="auto" w:fill="F4F4F4"/>
          </w:tcPr>
          <w:p w14:paraId="284C7A5C" w14:textId="77777777" w:rsidR="00BD4241" w:rsidRDefault="00761A46">
            <w:pPr>
              <w:keepNext/>
            </w:pPr>
            <w:r>
              <w:rPr>
                <w:sz w:val="16"/>
              </w:rPr>
              <w:t xml:space="preserve"> D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inginerești</w:t>
            </w:r>
            <w:proofErr w:type="spellEnd"/>
          </w:p>
        </w:tc>
      </w:tr>
      <w:tr w:rsidR="00BD4241" w:rsidRPr="00917520" w14:paraId="4831990D" w14:textId="77777777">
        <w:trPr>
          <w:cantSplit/>
        </w:trPr>
        <w:tc>
          <w:tcPr>
            <w:tcW w:w="9636" w:type="dxa"/>
          </w:tcPr>
          <w:p w14:paraId="0320360C" w14:textId="77777777" w:rsidR="00BD4241" w:rsidRPr="00A256C2" w:rsidRDefault="00761A46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de transport</w:t>
            </w:r>
          </w:p>
          <w:p w14:paraId="05C62BB3" w14:textId="77777777" w:rsidR="00BD4241" w:rsidRPr="00A256C2" w:rsidRDefault="00761A46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energetică</w:t>
            </w:r>
            <w:proofErr w:type="spellEnd"/>
          </w:p>
          <w:p w14:paraId="1E87347E" w14:textId="77777777" w:rsidR="00BD4241" w:rsidRPr="00A256C2" w:rsidRDefault="00761A46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rețele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comunicații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electronice</w:t>
            </w:r>
            <w:proofErr w:type="spellEnd"/>
          </w:p>
          <w:p w14:paraId="43F594AA" w14:textId="77777777" w:rsidR="00BD4241" w:rsidRPr="00A256C2" w:rsidRDefault="00761A46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gospodărirea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apelor</w:t>
            </w:r>
            <w:proofErr w:type="spellEnd"/>
          </w:p>
          <w:p w14:paraId="3F55129D" w14:textId="77777777" w:rsidR="00BD4241" w:rsidRPr="00A256C2" w:rsidRDefault="00761A46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hidrotehnice</w:t>
            </w:r>
            <w:proofErr w:type="spellEnd"/>
          </w:p>
          <w:p w14:paraId="3DB7F2E4" w14:textId="77777777" w:rsidR="00BD4241" w:rsidRPr="00A256C2" w:rsidRDefault="00761A46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miniere</w:t>
            </w:r>
            <w:proofErr w:type="spellEnd"/>
          </w:p>
          <w:p w14:paraId="54EDF735" w14:textId="77777777" w:rsidR="00BD4241" w:rsidRPr="00A256C2" w:rsidRDefault="00761A46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alte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lucrări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inginerești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necesare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realizării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unor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obiective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interes</w:t>
            </w:r>
            <w:proofErr w:type="spellEnd"/>
            <w:r w:rsidRPr="00A256C2">
              <w:rPr>
                <w:sz w:val="16"/>
                <w:lang w:val="fr-FR"/>
              </w:rPr>
              <w:t xml:space="preserve"> public</w:t>
            </w:r>
          </w:p>
        </w:tc>
      </w:tr>
    </w:tbl>
    <w:p w14:paraId="31C957AC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81AD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1435340F" w14:textId="77777777" w:rsidR="00BD4241" w:rsidRDefault="00761A46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BD4241" w:rsidRPr="00917520" w14:paraId="5B0ED88D" w14:textId="77777777">
        <w:trPr>
          <w:cantSplit/>
        </w:trPr>
        <w:tc>
          <w:tcPr>
            <w:tcW w:w="9636" w:type="dxa"/>
          </w:tcPr>
          <w:p w14:paraId="19DE41B0" w14:textId="77777777" w:rsidR="00200AB0" w:rsidRDefault="00761A46">
            <w:pPr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A256C2">
              <w:rPr>
                <w:sz w:val="16"/>
                <w:lang w:val="fr-FR"/>
              </w:rPr>
              <w:t>funciară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actualizat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0D86EE92" w14:textId="62B10523" w:rsidR="00A256C2" w:rsidRPr="00A256C2" w:rsidRDefault="00200AB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plan de </w:t>
            </w:r>
            <w:proofErr w:type="spellStart"/>
            <w:r w:rsidRPr="00A256C2">
              <w:rPr>
                <w:sz w:val="16"/>
                <w:lang w:val="fr-FR"/>
              </w:rPr>
              <w:t>situație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propus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amprenta</w:t>
            </w:r>
            <w:proofErr w:type="spellEnd"/>
            <w:r w:rsidRPr="00A256C2">
              <w:rPr>
                <w:sz w:val="16"/>
                <w:lang w:val="fr-FR"/>
              </w:rPr>
              <w:t xml:space="preserve"> la sol a </w:t>
            </w:r>
            <w:proofErr w:type="spellStart"/>
            <w:r w:rsidRPr="00A256C2">
              <w:rPr>
                <w:sz w:val="16"/>
                <w:lang w:val="fr-FR"/>
              </w:rPr>
              <w:t>corpurilor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r w:rsidR="00A256C2">
              <w:rPr>
                <w:sz w:val="16"/>
                <w:lang w:val="fr-FR"/>
              </w:rPr>
              <w:t xml:space="preserve">de </w:t>
            </w:r>
            <w:proofErr w:type="spellStart"/>
            <w:r w:rsidR="00A256C2">
              <w:rPr>
                <w:sz w:val="16"/>
                <w:lang w:val="fr-FR"/>
              </w:rPr>
              <w:t>clădire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spre</w:t>
            </w:r>
            <w:proofErr w:type="spellEnd"/>
            <w:r>
              <w:rPr>
                <w:sz w:val="16"/>
                <w:lang w:val="fr-FR"/>
              </w:rPr>
              <w:t xml:space="preserve"> construire /</w:t>
            </w:r>
            <w:proofErr w:type="spellStart"/>
            <w:r>
              <w:rPr>
                <w:sz w:val="16"/>
                <w:lang w:val="fr-FR"/>
              </w:rPr>
              <w:t>desființare</w:t>
            </w:r>
            <w:proofErr w:type="spellEnd"/>
            <w:r>
              <w:rPr>
                <w:sz w:val="16"/>
                <w:lang w:val="fr-FR"/>
              </w:rPr>
              <w:t xml:space="preserve"> / </w:t>
            </w:r>
            <w:proofErr w:type="spellStart"/>
            <w:r>
              <w:rPr>
                <w:sz w:val="16"/>
                <w:lang w:val="fr-FR"/>
              </w:rPr>
              <w:t>extindere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    </w:t>
            </w:r>
          </w:p>
          <w:p w14:paraId="19AB48A6" w14:textId="5112B693" w:rsidR="00BD4241" w:rsidRPr="00232B9E" w:rsidRDefault="00A256C2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232B9E">
              <w:rPr>
                <w:sz w:val="16"/>
                <w:lang w:val="fr-FR"/>
              </w:rPr>
              <w:t xml:space="preserve">☐ plan de </w:t>
            </w:r>
            <w:proofErr w:type="spellStart"/>
            <w:r w:rsidRPr="00232B9E">
              <w:rPr>
                <w:sz w:val="16"/>
                <w:lang w:val="fr-FR"/>
              </w:rPr>
              <w:t>încadrare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în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zonă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în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sistem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Stereo</w:t>
            </w:r>
            <w:proofErr w:type="spellEnd"/>
            <w:r w:rsidR="00745F29">
              <w:rPr>
                <w:sz w:val="16"/>
                <w:lang w:val="fr-FR"/>
              </w:rPr>
              <w:t xml:space="preserve"> 70</w:t>
            </w:r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descrierea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succintă</w:t>
            </w:r>
            <w:proofErr w:type="spellEnd"/>
            <w:r w:rsidRPr="00232B9E">
              <w:rPr>
                <w:sz w:val="16"/>
                <w:lang w:val="fr-FR"/>
              </w:rPr>
              <w:t xml:space="preserve"> a </w:t>
            </w:r>
            <w:proofErr w:type="spellStart"/>
            <w:r w:rsidRPr="00232B9E">
              <w:rPr>
                <w:sz w:val="16"/>
                <w:lang w:val="fr-FR"/>
              </w:rPr>
              <w:t>investiției</w:t>
            </w:r>
            <w:proofErr w:type="spellEnd"/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împuternicirea</w:t>
            </w:r>
            <w:proofErr w:type="spellEnd"/>
            <w:r w:rsidRPr="00232B9E">
              <w:rPr>
                <w:sz w:val="16"/>
                <w:lang w:val="fr-FR"/>
              </w:rPr>
              <w:t xml:space="preserve">, </w:t>
            </w:r>
            <w:proofErr w:type="spellStart"/>
            <w:r w:rsidRPr="00232B9E">
              <w:rPr>
                <w:sz w:val="16"/>
                <w:lang w:val="fr-FR"/>
              </w:rPr>
              <w:t>dacă</w:t>
            </w:r>
            <w:proofErr w:type="spellEnd"/>
            <w:r w:rsidRPr="00232B9E">
              <w:rPr>
                <w:sz w:val="16"/>
                <w:lang w:val="fr-FR"/>
              </w:rPr>
              <w:t xml:space="preserve"> este </w:t>
            </w:r>
            <w:proofErr w:type="spellStart"/>
            <w:r w:rsidRPr="00232B9E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39687AA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387B745F" w14:textId="77777777">
        <w:trPr>
          <w:cantSplit/>
        </w:trPr>
        <w:tc>
          <w:tcPr>
            <w:tcW w:w="9636" w:type="dxa"/>
            <w:shd w:val="clear" w:color="auto" w:fill="F4F4F4"/>
          </w:tcPr>
          <w:p w14:paraId="20DF7AEC" w14:textId="77777777" w:rsidR="00BD4241" w:rsidRDefault="00761A46">
            <w:pPr>
              <w:keepNext/>
            </w:pPr>
            <w:r w:rsidRPr="00232B9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BD4241" w:rsidRPr="00917520" w14:paraId="7F3B093B" w14:textId="77777777">
        <w:trPr>
          <w:cantSplit/>
        </w:trPr>
        <w:tc>
          <w:tcPr>
            <w:tcW w:w="9636" w:type="dxa"/>
          </w:tcPr>
          <w:p w14:paraId="732C22AC" w14:textId="77777777" w:rsidR="00BD4241" w:rsidRPr="00A256C2" w:rsidRDefault="00761A46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</w:t>
            </w:r>
            <w:proofErr w:type="spellStart"/>
            <w:r w:rsidRPr="00A256C2">
              <w:rPr>
                <w:sz w:val="16"/>
                <w:lang w:val="fr-FR"/>
              </w:rPr>
              <w:t>scris</w:t>
            </w:r>
            <w:proofErr w:type="spellEnd"/>
            <w:r w:rsidRPr="00A256C2">
              <w:rPr>
                <w:sz w:val="16"/>
                <w:lang w:val="fr-FR"/>
              </w:rPr>
              <w:t xml:space="preserve">, prin </w:t>
            </w:r>
            <w:proofErr w:type="spellStart"/>
            <w:r w:rsidRPr="00A256C2">
              <w:rPr>
                <w:sz w:val="16"/>
                <w:lang w:val="fr-FR"/>
              </w:rPr>
              <w:t>poștă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256C2">
              <w:rPr>
                <w:sz w:val="16"/>
                <w:lang w:val="fr-FR"/>
              </w:rPr>
              <w:t>adresa</w:t>
            </w:r>
            <w:proofErr w:type="spellEnd"/>
            <w:r w:rsidRPr="00A256C2">
              <w:rPr>
                <w:sz w:val="16"/>
                <w:lang w:val="fr-FR"/>
              </w:rPr>
              <w:t xml:space="preserve"> de e-mail </w:t>
            </w:r>
            <w:proofErr w:type="spellStart"/>
            <w:r w:rsidRPr="00A256C2">
              <w:rPr>
                <w:sz w:val="16"/>
                <w:lang w:val="fr-FR"/>
              </w:rPr>
              <w:t>indicată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ridicare</w:t>
            </w:r>
            <w:proofErr w:type="spellEnd"/>
            <w:r w:rsidRPr="00A256C2">
              <w:rPr>
                <w:sz w:val="16"/>
                <w:lang w:val="fr-FR"/>
              </w:rPr>
              <w:t xml:space="preserve"> de la </w:t>
            </w:r>
            <w:proofErr w:type="spellStart"/>
            <w:r w:rsidRPr="00A256C2">
              <w:rPr>
                <w:sz w:val="16"/>
                <w:lang w:val="fr-FR"/>
              </w:rPr>
              <w:t>sediul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16DE1A3E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BD4241" w14:paraId="093003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1A16F19" w14:textId="77777777" w:rsidR="00BD4241" w:rsidRDefault="00761A46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BD4241" w14:paraId="334442A2" w14:textId="77777777">
        <w:trPr>
          <w:cantSplit/>
          <w:trHeight w:val="510"/>
        </w:trPr>
        <w:tc>
          <w:tcPr>
            <w:tcW w:w="1606" w:type="dxa"/>
          </w:tcPr>
          <w:p w14:paraId="11F88630" w14:textId="77777777" w:rsidR="00BD4241" w:rsidRDefault="00761A46">
            <w:r>
              <w:rPr>
                <w:b/>
                <w:color w:val="0D5F78"/>
              </w:rPr>
              <w:t>Data</w:t>
            </w:r>
          </w:p>
          <w:p w14:paraId="0640A92C" w14:textId="77777777" w:rsidR="00BD4241" w:rsidRDefault="00BD4241"/>
        </w:tc>
        <w:tc>
          <w:tcPr>
            <w:tcW w:w="4818" w:type="dxa"/>
          </w:tcPr>
          <w:p w14:paraId="79A6A644" w14:textId="77777777" w:rsidR="00BD4241" w:rsidRDefault="00761A46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09458222" w14:textId="77777777" w:rsidR="00BD4241" w:rsidRDefault="00BD4241"/>
        </w:tc>
        <w:tc>
          <w:tcPr>
            <w:tcW w:w="3212" w:type="dxa"/>
          </w:tcPr>
          <w:p w14:paraId="4A9DF68B" w14:textId="77777777" w:rsidR="00BD4241" w:rsidRDefault="00761A46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29080212" w14:textId="77777777" w:rsidR="00BD4241" w:rsidRDefault="00BD4241"/>
        </w:tc>
      </w:tr>
    </w:tbl>
    <w:p w14:paraId="5CBD0F60" w14:textId="77777777" w:rsidR="00BD4241" w:rsidRDefault="00BD4241">
      <w:pPr>
        <w:spacing w:line="168" w:lineRule="auto"/>
      </w:pPr>
    </w:p>
    <w:sectPr w:rsidR="00BD4241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CBF10" w14:textId="77777777" w:rsidR="0048051D" w:rsidRDefault="0048051D">
      <w:r>
        <w:separator/>
      </w:r>
    </w:p>
  </w:endnote>
  <w:endnote w:type="continuationSeparator" w:id="0">
    <w:p w14:paraId="7B2C0E88" w14:textId="77777777" w:rsidR="0048051D" w:rsidRDefault="00480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060EA" w14:textId="5937EE00" w:rsidR="00BD4241" w:rsidRDefault="00761A46">
    <w:pPr>
      <w:pStyle w:val="Footer"/>
      <w:tabs>
        <w:tab w:val="right" w:pos="9639"/>
      </w:tabs>
    </w:pPr>
    <w:r>
      <w:rPr>
        <w:color w:val="595959"/>
      </w:rPr>
      <w:t xml:space="preserve">F_CU_04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B4A58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B4A58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DAA9A" w14:textId="77777777" w:rsidR="0048051D" w:rsidRDefault="0048051D">
      <w:r>
        <w:separator/>
      </w:r>
    </w:p>
  </w:footnote>
  <w:footnote w:type="continuationSeparator" w:id="0">
    <w:p w14:paraId="4CC42897" w14:textId="77777777" w:rsidR="0048051D" w:rsidRDefault="004805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06763476">
    <w:abstractNumId w:val="8"/>
  </w:num>
  <w:num w:numId="2" w16cid:durableId="1395468784">
    <w:abstractNumId w:val="6"/>
  </w:num>
  <w:num w:numId="3" w16cid:durableId="407927865">
    <w:abstractNumId w:val="5"/>
  </w:num>
  <w:num w:numId="4" w16cid:durableId="226038813">
    <w:abstractNumId w:val="4"/>
  </w:num>
  <w:num w:numId="5" w16cid:durableId="636184131">
    <w:abstractNumId w:val="7"/>
  </w:num>
  <w:num w:numId="6" w16cid:durableId="2086149110">
    <w:abstractNumId w:val="3"/>
  </w:num>
  <w:num w:numId="7" w16cid:durableId="318386435">
    <w:abstractNumId w:val="2"/>
  </w:num>
  <w:num w:numId="8" w16cid:durableId="1965497029">
    <w:abstractNumId w:val="1"/>
  </w:num>
  <w:num w:numId="9" w16cid:durableId="662855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2801"/>
    <w:rsid w:val="0011444F"/>
    <w:rsid w:val="0015074B"/>
    <w:rsid w:val="00200AB0"/>
    <w:rsid w:val="00232B9E"/>
    <w:rsid w:val="00284C95"/>
    <w:rsid w:val="0029639D"/>
    <w:rsid w:val="002D3149"/>
    <w:rsid w:val="00326F90"/>
    <w:rsid w:val="004232B2"/>
    <w:rsid w:val="004408E8"/>
    <w:rsid w:val="00462384"/>
    <w:rsid w:val="0048051D"/>
    <w:rsid w:val="005A55F7"/>
    <w:rsid w:val="0069056B"/>
    <w:rsid w:val="006B51EE"/>
    <w:rsid w:val="006C103E"/>
    <w:rsid w:val="00745F29"/>
    <w:rsid w:val="00761A46"/>
    <w:rsid w:val="00850B64"/>
    <w:rsid w:val="00917520"/>
    <w:rsid w:val="009511F8"/>
    <w:rsid w:val="00A256C2"/>
    <w:rsid w:val="00AA1D8D"/>
    <w:rsid w:val="00AA3371"/>
    <w:rsid w:val="00B47730"/>
    <w:rsid w:val="00BC0954"/>
    <w:rsid w:val="00BD4241"/>
    <w:rsid w:val="00C24E6D"/>
    <w:rsid w:val="00CB0664"/>
    <w:rsid w:val="00D50DD0"/>
    <w:rsid w:val="00EB4A58"/>
    <w:rsid w:val="00F56CF5"/>
    <w:rsid w:val="00F85F9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5E0B59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AA33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5C12351-6C38-45DC-9848-A0499126E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615</Words>
  <Characters>3567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 Munteanu</dc:creator>
  <cp:keywords/>
  <cp:lastModifiedBy>Cristian ROSU</cp:lastModifiedBy>
  <cp:revision>4</cp:revision>
  <cp:lastPrinted>2026-08-31T10:56:00Z</cp:lastPrinted>
  <dcterms:created xsi:type="dcterms:W3CDTF">2026-09-07T09:59:00Z</dcterms:created>
  <dcterms:modified xsi:type="dcterms:W3CDTF">2026-09-07T12:24:00Z</dcterms:modified>
  <cp:category/>
</cp:coreProperties>
</file>