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232A1A" w14:paraId="6AC9AF0B" w14:textId="77777777" w:rsidTr="00A17929">
        <w:trPr>
          <w:cantSplit/>
          <w:trHeight w:val="510"/>
        </w:trPr>
        <w:tc>
          <w:tcPr>
            <w:tcW w:w="1606" w:type="dxa"/>
            <w:vMerge w:val="restart"/>
            <w:shd w:val="clear" w:color="auto" w:fill="F0F0F0"/>
            <w:vAlign w:val="center"/>
          </w:tcPr>
          <w:p w14:paraId="0C7DE08E" w14:textId="109E5459" w:rsidR="00232A1A" w:rsidRDefault="00232A1A" w:rsidP="00DF7B26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  <w:vAlign w:val="center"/>
          </w:tcPr>
          <w:p w14:paraId="541C5D62" w14:textId="77777777" w:rsidR="00232A1A" w:rsidRDefault="00232A1A" w:rsidP="00DF7B26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F376279" w14:textId="77777777" w:rsidR="00232A1A" w:rsidRPr="00E946EB" w:rsidRDefault="00232A1A" w:rsidP="00DF7B26">
            <w:pPr>
              <w:keepNext/>
              <w:rPr>
                <w:sz w:val="18"/>
                <w:szCs w:val="18"/>
                <w:lang w:val="ro-RO"/>
              </w:rPr>
            </w:pPr>
            <w:r w:rsidRPr="00E946EB">
              <w:rPr>
                <w:sz w:val="18"/>
                <w:szCs w:val="18"/>
              </w:rPr>
              <w:t>BACĂU</w:t>
            </w:r>
          </w:p>
        </w:tc>
      </w:tr>
      <w:tr w:rsidR="00232A1A" w14:paraId="51AE9BA3" w14:textId="77777777" w:rsidTr="00A17929">
        <w:trPr>
          <w:cantSplit/>
          <w:trHeight w:val="510"/>
        </w:trPr>
        <w:tc>
          <w:tcPr>
            <w:tcW w:w="1606" w:type="dxa"/>
            <w:vMerge/>
            <w:shd w:val="clear" w:color="auto" w:fill="F0F0F0"/>
          </w:tcPr>
          <w:p w14:paraId="564D3933" w14:textId="77777777" w:rsidR="00232A1A" w:rsidRDefault="00232A1A" w:rsidP="00DF7B26"/>
        </w:tc>
        <w:tc>
          <w:tcPr>
            <w:tcW w:w="8030" w:type="dxa"/>
            <w:gridSpan w:val="3"/>
            <w:shd w:val="clear" w:color="auto" w:fill="F0F0F0"/>
            <w:vAlign w:val="center"/>
          </w:tcPr>
          <w:p w14:paraId="6B982B46" w14:textId="77777777" w:rsidR="00232A1A" w:rsidRDefault="00232A1A" w:rsidP="00DF7B26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47C0FCCA" w14:textId="2A79FD9E" w:rsidR="00232A1A" w:rsidRPr="00E946EB" w:rsidRDefault="001158E6" w:rsidP="00DF7B26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232A1A" w14:paraId="70C107AF" w14:textId="77777777" w:rsidTr="00A17929">
        <w:trPr>
          <w:cantSplit/>
          <w:trHeight w:val="510"/>
        </w:trPr>
        <w:tc>
          <w:tcPr>
            <w:tcW w:w="1606" w:type="dxa"/>
            <w:vMerge/>
            <w:shd w:val="clear" w:color="auto" w:fill="F0F0F0"/>
          </w:tcPr>
          <w:p w14:paraId="32959648" w14:textId="77777777" w:rsidR="00232A1A" w:rsidRDefault="00232A1A" w:rsidP="00DF7B26"/>
        </w:tc>
        <w:tc>
          <w:tcPr>
            <w:tcW w:w="2409" w:type="dxa"/>
            <w:shd w:val="clear" w:color="auto" w:fill="F0F0F0"/>
          </w:tcPr>
          <w:p w14:paraId="2FB3085F" w14:textId="77777777" w:rsidR="00232A1A" w:rsidRPr="00F801F2" w:rsidRDefault="00232A1A" w:rsidP="00DF7B26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0254F18B" w14:textId="4F792C82" w:rsidR="00232A1A" w:rsidRPr="00E946EB" w:rsidRDefault="001158E6" w:rsidP="00DF7B26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875F83D" w14:textId="3496FE10" w:rsidR="00232A1A" w:rsidRPr="00F62E3E" w:rsidRDefault="00F62E3E" w:rsidP="00DF7B26">
            <w:pPr>
              <w:keepNext/>
              <w:rPr>
                <w:b/>
                <w:bCs/>
                <w:color w:val="0D5F78"/>
                <w:lang w:val="ro-RO"/>
              </w:rPr>
            </w:pPr>
            <w:r w:rsidRPr="00F62E3E">
              <w:rPr>
                <w:b/>
                <w:bCs/>
                <w:color w:val="0D5F78"/>
                <w:lang w:val="ro-RO"/>
              </w:rPr>
              <w:t>Adresa oficială – strada Eroilor, nr.380, sat Nicolae Bălcescu, comuna Nicolae Bălcescu. Județul Bacău, tel.0234214071, registratura@primaria-nicolae-balcescu.ro</w:t>
            </w:r>
          </w:p>
        </w:tc>
      </w:tr>
      <w:tr w:rsidR="00232A1A" w14:paraId="30B3A81D" w14:textId="77777777" w:rsidTr="00A17929">
        <w:trPr>
          <w:cantSplit/>
          <w:trHeight w:val="510"/>
        </w:trPr>
        <w:tc>
          <w:tcPr>
            <w:tcW w:w="1606" w:type="dxa"/>
            <w:vMerge/>
            <w:shd w:val="clear" w:color="auto" w:fill="F0F0F0"/>
          </w:tcPr>
          <w:p w14:paraId="3850C860" w14:textId="77777777" w:rsidR="00232A1A" w:rsidRDefault="00232A1A" w:rsidP="00DF7B26"/>
        </w:tc>
        <w:tc>
          <w:tcPr>
            <w:tcW w:w="4818" w:type="dxa"/>
            <w:gridSpan w:val="2"/>
            <w:shd w:val="clear" w:color="auto" w:fill="F0F0F0"/>
          </w:tcPr>
          <w:p w14:paraId="0E23D1D6" w14:textId="77777777" w:rsidR="00232A1A" w:rsidRDefault="00232A1A" w:rsidP="00DF7B26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F35B2BF" w14:textId="77777777" w:rsidR="00232A1A" w:rsidRDefault="00232A1A" w:rsidP="00DF7B26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1A16FF1D" w14:textId="77777777" w:rsidR="00232A1A" w:rsidRDefault="00232A1A" w:rsidP="00DF7B26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F45B813" w14:textId="77777777" w:rsidR="00232A1A" w:rsidRDefault="00232A1A" w:rsidP="00DF7B26">
            <w:pPr>
              <w:keepNext/>
            </w:pPr>
          </w:p>
        </w:tc>
      </w:tr>
      <w:tr w:rsidR="00232A1A" w:rsidRPr="0021562A" w14:paraId="35D1C711" w14:textId="77777777" w:rsidTr="00DF7B26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77453A12" w14:textId="77777777" w:rsidR="00232A1A" w:rsidRPr="00F801F2" w:rsidRDefault="00232A1A" w:rsidP="00DF7B26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17110C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17110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17110C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63ECC5" w14:textId="1DE1FD1C" w:rsidR="00377113" w:rsidRPr="00C9255E" w:rsidRDefault="001158E6" w:rsidP="00C9255E">
            <w:pPr>
              <w:keepNext/>
              <w:spacing w:before="40"/>
              <w:rPr>
                <w:color w:val="000000" w:themeColor="text1"/>
                <w:sz w:val="22"/>
                <w:lang w:val="fr-FR"/>
              </w:rPr>
            </w:pPr>
            <w:proofErr w:type="spellStart"/>
            <w:r>
              <w:rPr>
                <w:color w:val="000000" w:themeColor="text1"/>
                <w:sz w:val="22"/>
                <w:lang w:val="fr-FR"/>
              </w:rPr>
              <w:t>Primarul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lang w:val="fr-FR"/>
              </w:rPr>
              <w:t>comunei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Nicolae Bălcescu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17110C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17110C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17110C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17110C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17110C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17110C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17110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17110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17110C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17110C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17110C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17110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17110C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17110C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17110C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1143514" w14:textId="77777777" w:rsidR="00004412" w:rsidRDefault="0017110C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17110C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17110C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17110C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17110C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17110C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17110C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17110C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343BBA" w:rsidRDefault="0017110C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17110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17110C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17110C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gramStart"/>
            <w:r w:rsidRPr="00343BBA">
              <w:rPr>
                <w:sz w:val="16"/>
                <w:lang w:val="fr-FR"/>
              </w:rPr>
              <w:t xml:space="preserve">original)   </w:t>
            </w:r>
            <w:proofErr w:type="gramEnd"/>
            <w:r w:rsidRPr="00343BBA">
              <w:rPr>
                <w:sz w:val="16"/>
                <w:lang w:val="fr-FR"/>
              </w:rPr>
              <w:t xml:space="preserve"> 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17110C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17110C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17110C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17110C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69CA1" w14:textId="77777777" w:rsidR="006D5DC3" w:rsidRDefault="006D5DC3">
      <w:r>
        <w:separator/>
      </w:r>
    </w:p>
  </w:endnote>
  <w:endnote w:type="continuationSeparator" w:id="0">
    <w:p w14:paraId="251235BB" w14:textId="77777777" w:rsidR="006D5DC3" w:rsidRDefault="006D5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3A192E88" w:rsidR="00377113" w:rsidRDefault="0017110C">
    <w:pPr>
      <w:pStyle w:val="Footer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E020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E0205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00BB2" w14:textId="77777777" w:rsidR="006D5DC3" w:rsidRDefault="006D5DC3">
      <w:r>
        <w:separator/>
      </w:r>
    </w:p>
  </w:footnote>
  <w:footnote w:type="continuationSeparator" w:id="0">
    <w:p w14:paraId="25EBB7BD" w14:textId="77777777" w:rsidR="006D5DC3" w:rsidRDefault="006D5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4837753">
    <w:abstractNumId w:val="8"/>
  </w:num>
  <w:num w:numId="2" w16cid:durableId="1761825706">
    <w:abstractNumId w:val="6"/>
  </w:num>
  <w:num w:numId="3" w16cid:durableId="1440223657">
    <w:abstractNumId w:val="5"/>
  </w:num>
  <w:num w:numId="4" w16cid:durableId="1024210822">
    <w:abstractNumId w:val="4"/>
  </w:num>
  <w:num w:numId="5" w16cid:durableId="1626504737">
    <w:abstractNumId w:val="7"/>
  </w:num>
  <w:num w:numId="6" w16cid:durableId="1603798158">
    <w:abstractNumId w:val="3"/>
  </w:num>
  <w:num w:numId="7" w16cid:durableId="281502248">
    <w:abstractNumId w:val="2"/>
  </w:num>
  <w:num w:numId="8" w16cid:durableId="832187394">
    <w:abstractNumId w:val="1"/>
  </w:num>
  <w:num w:numId="9" w16cid:durableId="8180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412"/>
    <w:rsid w:val="00034616"/>
    <w:rsid w:val="0006063C"/>
    <w:rsid w:val="001158E6"/>
    <w:rsid w:val="0015074B"/>
    <w:rsid w:val="0017110C"/>
    <w:rsid w:val="00200236"/>
    <w:rsid w:val="0022299C"/>
    <w:rsid w:val="00232A1A"/>
    <w:rsid w:val="0029639D"/>
    <w:rsid w:val="00326F90"/>
    <w:rsid w:val="00343BBA"/>
    <w:rsid w:val="00377113"/>
    <w:rsid w:val="0045535E"/>
    <w:rsid w:val="006223EE"/>
    <w:rsid w:val="006C103E"/>
    <w:rsid w:val="006D5DC3"/>
    <w:rsid w:val="00A17929"/>
    <w:rsid w:val="00AA1D8D"/>
    <w:rsid w:val="00B47730"/>
    <w:rsid w:val="00C9255E"/>
    <w:rsid w:val="00CB0664"/>
    <w:rsid w:val="00CD60E9"/>
    <w:rsid w:val="00CE0205"/>
    <w:rsid w:val="00F62E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32A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A5DCF1-A679-4916-93E2-1433F135D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4</cp:revision>
  <cp:lastPrinted>2026-08-31T10:55:00Z</cp:lastPrinted>
  <dcterms:created xsi:type="dcterms:W3CDTF">2026-09-07T09:57:00Z</dcterms:created>
  <dcterms:modified xsi:type="dcterms:W3CDTF">2026-09-07T09:58:00Z</dcterms:modified>
  <cp:category/>
</cp:coreProperties>
</file>