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 w:rsidTr="000D3F19">
        <w:trPr>
          <w:cantSplit/>
          <w:trHeight w:val="510"/>
        </w:trPr>
        <w:tc>
          <w:tcPr>
            <w:tcW w:w="1606" w:type="dxa"/>
            <w:vMerge w:val="restart"/>
            <w:shd w:val="clear" w:color="auto" w:fill="F0F0F0"/>
            <w:vAlign w:val="center"/>
          </w:tcPr>
          <w:p w14:paraId="2BE93D8A" w14:textId="20462462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2DEAB026" w14:textId="77777777" w:rsidR="00E25052" w:rsidRDefault="001C79BB" w:rsidP="00D6278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F74738E" w14:textId="3915DA2F" w:rsidR="00E25052" w:rsidRPr="00E946EB" w:rsidRDefault="00AD5B9C" w:rsidP="00D6278B">
            <w:pPr>
              <w:keepNext/>
              <w:rPr>
                <w:sz w:val="18"/>
                <w:szCs w:val="18"/>
                <w:lang w:val="ro-RO"/>
              </w:rPr>
            </w:pPr>
            <w:r w:rsidRPr="00E946EB">
              <w:rPr>
                <w:sz w:val="18"/>
                <w:szCs w:val="18"/>
              </w:rPr>
              <w:t>BACĂU</w:t>
            </w:r>
          </w:p>
        </w:tc>
      </w:tr>
      <w:tr w:rsidR="00E25052" w14:paraId="6B015EDC" w14:textId="77777777" w:rsidTr="000D3F19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34D9B7ED" w14:textId="77777777" w:rsidR="00E25052" w:rsidRDefault="001C79BB" w:rsidP="00D6278B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1F71C78E" w14:textId="721F17E4" w:rsidR="00E25052" w:rsidRPr="00E946EB" w:rsidRDefault="005C7321" w:rsidP="00AC5DC8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E25052" w14:paraId="7354B52B" w14:textId="77777777" w:rsidTr="000D3F19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1C79BB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377E8F4C" w:rsidR="00E25052" w:rsidRPr="00E946EB" w:rsidRDefault="005C7321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D1C432" w14:textId="11539A6E" w:rsidR="005C7321" w:rsidRPr="00EB23AD" w:rsidRDefault="001C79BB" w:rsidP="005C7321">
            <w:pPr>
              <w:keepNext/>
              <w:rPr>
                <w:bCs/>
                <w:sz w:val="20"/>
                <w:szCs w:val="20"/>
              </w:rPr>
            </w:pPr>
            <w:proofErr w:type="spellStart"/>
            <w:r w:rsidRPr="005C7321">
              <w:rPr>
                <w:b/>
                <w:color w:val="0D5F78"/>
                <w:sz w:val="20"/>
                <w:szCs w:val="20"/>
              </w:rPr>
              <w:t>Adresa</w:t>
            </w:r>
            <w:proofErr w:type="spellEnd"/>
            <w:r w:rsidRPr="005C732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5C7321">
              <w:rPr>
                <w:b/>
                <w:color w:val="0D5F78"/>
                <w:sz w:val="20"/>
                <w:szCs w:val="20"/>
              </w:rPr>
              <w:t>oficială</w:t>
            </w:r>
            <w:proofErr w:type="spellEnd"/>
            <w:r w:rsidR="005C7321">
              <w:rPr>
                <w:b/>
                <w:color w:val="0D5F78"/>
              </w:rPr>
              <w:t xml:space="preserve"> </w:t>
            </w:r>
            <w:r w:rsidR="005C7321" w:rsidRPr="00EB23AD">
              <w:rPr>
                <w:bCs/>
                <w:color w:val="0D5F78"/>
                <w:spacing w:val="-2"/>
                <w:w w:val="105"/>
                <w:sz w:val="20"/>
                <w:szCs w:val="20"/>
              </w:rPr>
              <w:t xml:space="preserve">– </w:t>
            </w:r>
            <w:proofErr w:type="spellStart"/>
            <w:r w:rsidR="005C7321" w:rsidRPr="00EB23AD">
              <w:rPr>
                <w:bCs/>
                <w:color w:val="0D5F78"/>
                <w:spacing w:val="-2"/>
                <w:w w:val="105"/>
                <w:sz w:val="20"/>
                <w:szCs w:val="20"/>
              </w:rPr>
              <w:t>strada</w:t>
            </w:r>
            <w:proofErr w:type="spellEnd"/>
            <w:r w:rsidR="005C7321" w:rsidRPr="00EB23AD">
              <w:rPr>
                <w:bCs/>
                <w:color w:val="0D5F78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="005C7321" w:rsidRPr="00EB23AD">
              <w:rPr>
                <w:bCs/>
                <w:color w:val="0D5F78"/>
                <w:spacing w:val="-2"/>
                <w:w w:val="105"/>
                <w:sz w:val="20"/>
                <w:szCs w:val="20"/>
              </w:rPr>
              <w:t>Eroilor</w:t>
            </w:r>
            <w:proofErr w:type="spellEnd"/>
            <w:r w:rsidR="005C7321" w:rsidRPr="00EB23AD">
              <w:rPr>
                <w:bCs/>
                <w:color w:val="0D5F78"/>
                <w:spacing w:val="-2"/>
                <w:w w:val="105"/>
                <w:sz w:val="20"/>
                <w:szCs w:val="20"/>
              </w:rPr>
              <w:t>, nr.380, sat Nicolae Bălcescu, comuna Nicolae Bălcescu. Județul Bacău, tel.0234214071, registratura@primaria-nicolae-balcescu.ro</w:t>
            </w:r>
          </w:p>
          <w:p w14:paraId="78A52A4D" w14:textId="47E9B501" w:rsidR="00E25052" w:rsidRPr="00A96E41" w:rsidRDefault="00B13F62">
            <w:pPr>
              <w:keepNext/>
              <w:rPr>
                <w:sz w:val="18"/>
                <w:szCs w:val="18"/>
              </w:rPr>
            </w:pPr>
            <w:r w:rsidRPr="00A96E41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E25052" w14:paraId="0DABC460" w14:textId="77777777" w:rsidTr="000D3F19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1C79BB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1C79BB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1C79B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1C79BB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0342EE80" w:rsidR="00E25052" w:rsidRPr="00310E6F" w:rsidRDefault="00D97335" w:rsidP="00E946EB">
            <w:pPr>
              <w:keepNext/>
              <w:spacing w:before="40"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1C79BB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1C79BB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1C79B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1C79B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1C79B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1C79B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1C79BB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1C79BB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1C79BB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C7584EF" w14:textId="77777777" w:rsidR="00E25052" w:rsidRDefault="001C79BB">
      <w:pPr>
        <w:spacing w:before="80" w:after="60"/>
        <w:jc w:val="center"/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33797D79" w14:textId="77777777" w:rsidR="00E25052" w:rsidRPr="0021562A" w:rsidRDefault="001C79BB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1C79BB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1C79B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1C79BB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1C79BB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1C79BB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1C79B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1C79BB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1C79BB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1C79BB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1C79BB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1C79BB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1C79BB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1C79BB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1C79B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3347" w14:textId="77777777" w:rsidR="00BA1ACB" w:rsidRDefault="00BA1ACB">
      <w:r>
        <w:separator/>
      </w:r>
    </w:p>
  </w:endnote>
  <w:endnote w:type="continuationSeparator" w:id="0">
    <w:p w14:paraId="78A494BE" w14:textId="77777777" w:rsidR="00BA1ACB" w:rsidRDefault="00BA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3D1EA35E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438B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438B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A277" w14:textId="77777777" w:rsidR="00BA1ACB" w:rsidRDefault="00BA1ACB">
      <w:r>
        <w:separator/>
      </w:r>
    </w:p>
  </w:footnote>
  <w:footnote w:type="continuationSeparator" w:id="0">
    <w:p w14:paraId="7A4275B2" w14:textId="77777777" w:rsidR="00BA1ACB" w:rsidRDefault="00BA1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489A66C4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  </w:t>
    </w:r>
  </w:p>
  <w:p w14:paraId="30A11B91" w14:textId="40F16F2F" w:rsidR="00F8517F" w:rsidRPr="00F8517F" w:rsidRDefault="00F8517F" w:rsidP="00F8517F">
    <w:pPr>
      <w:pStyle w:val="Header"/>
      <w:rPr>
        <w:b/>
        <w:bCs/>
        <w:color w:val="59595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2342087">
    <w:abstractNumId w:val="8"/>
  </w:num>
  <w:num w:numId="2" w16cid:durableId="1428960568">
    <w:abstractNumId w:val="6"/>
  </w:num>
  <w:num w:numId="3" w16cid:durableId="206189949">
    <w:abstractNumId w:val="5"/>
  </w:num>
  <w:num w:numId="4" w16cid:durableId="1047071845">
    <w:abstractNumId w:val="4"/>
  </w:num>
  <w:num w:numId="5" w16cid:durableId="909120909">
    <w:abstractNumId w:val="7"/>
  </w:num>
  <w:num w:numId="6" w16cid:durableId="930744868">
    <w:abstractNumId w:val="3"/>
  </w:num>
  <w:num w:numId="7" w16cid:durableId="1786583034">
    <w:abstractNumId w:val="2"/>
  </w:num>
  <w:num w:numId="8" w16cid:durableId="1221942299">
    <w:abstractNumId w:val="1"/>
  </w:num>
  <w:num w:numId="9" w16cid:durableId="119920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A30"/>
    <w:rsid w:val="000D3F19"/>
    <w:rsid w:val="000F14C5"/>
    <w:rsid w:val="000F55B4"/>
    <w:rsid w:val="001438B3"/>
    <w:rsid w:val="00146233"/>
    <w:rsid w:val="0015074B"/>
    <w:rsid w:val="001C0616"/>
    <w:rsid w:val="001C79BB"/>
    <w:rsid w:val="0021562A"/>
    <w:rsid w:val="002633F6"/>
    <w:rsid w:val="0029639D"/>
    <w:rsid w:val="002F5AF3"/>
    <w:rsid w:val="00310E6F"/>
    <w:rsid w:val="00326F90"/>
    <w:rsid w:val="003B7A7B"/>
    <w:rsid w:val="005C7321"/>
    <w:rsid w:val="00676B1E"/>
    <w:rsid w:val="006C103E"/>
    <w:rsid w:val="00763A7C"/>
    <w:rsid w:val="007A3987"/>
    <w:rsid w:val="00861954"/>
    <w:rsid w:val="009B5021"/>
    <w:rsid w:val="009F2511"/>
    <w:rsid w:val="009F79E1"/>
    <w:rsid w:val="00A96E41"/>
    <w:rsid w:val="00AA1D8D"/>
    <w:rsid w:val="00AC5DC8"/>
    <w:rsid w:val="00AD5B9C"/>
    <w:rsid w:val="00B13F62"/>
    <w:rsid w:val="00B16250"/>
    <w:rsid w:val="00B37BC6"/>
    <w:rsid w:val="00B47730"/>
    <w:rsid w:val="00BA1ACB"/>
    <w:rsid w:val="00C2319E"/>
    <w:rsid w:val="00CB0664"/>
    <w:rsid w:val="00D3755B"/>
    <w:rsid w:val="00D6278B"/>
    <w:rsid w:val="00D97335"/>
    <w:rsid w:val="00E25052"/>
    <w:rsid w:val="00E61A6B"/>
    <w:rsid w:val="00E946EB"/>
    <w:rsid w:val="00F51752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13F6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A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A7B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5C7321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769693-61D2-43F2-AC96-B2DD302B5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4</cp:revision>
  <cp:lastPrinted>2026-08-31T10:53:00Z</cp:lastPrinted>
  <dcterms:created xsi:type="dcterms:W3CDTF">2026-09-07T08:58:00Z</dcterms:created>
  <dcterms:modified xsi:type="dcterms:W3CDTF">2026-09-07T09:42:00Z</dcterms:modified>
  <cp:category/>
</cp:coreProperties>
</file>