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77C9" w14:paraId="57073517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61E903CA" w14:textId="1E9EED86" w:rsidR="001E77C9" w:rsidRDefault="001E77C9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3435851" w14:textId="77777777" w:rsidR="001E77C9" w:rsidRDefault="001E77C9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99FEB01" w14:textId="77777777" w:rsidR="001E77C9" w:rsidRDefault="001E77C9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1E77C9" w14:paraId="780E26C6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A8CA83E" w14:textId="77777777" w:rsidR="001E77C9" w:rsidRDefault="001E77C9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11F3A27" w14:textId="77777777" w:rsidR="001E77C9" w:rsidRDefault="001E77C9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606A5A8" w14:textId="3174B40C" w:rsidR="001E77C9" w:rsidRDefault="004C37CC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1E77C9" w14:paraId="013567FE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51F266CD" w14:textId="77777777" w:rsidR="001E77C9" w:rsidRDefault="001E77C9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5B5E9D77" w14:textId="77777777" w:rsidR="001E77C9" w:rsidRDefault="001E77C9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57CBB3A6" w14:textId="0A1DC935" w:rsidR="001E77C9" w:rsidRDefault="004C37CC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08335D6" w14:textId="77777777" w:rsidR="004C37CC" w:rsidRPr="00EB23AD" w:rsidRDefault="004C37CC" w:rsidP="004C37CC">
            <w:pPr>
              <w:pStyle w:val="TableParagraph"/>
              <w:ind w:left="103"/>
              <w:rPr>
                <w:bCs/>
                <w:sz w:val="20"/>
                <w:szCs w:val="20"/>
              </w:rPr>
            </w:pPr>
            <w:r w:rsidRPr="00EB23AD">
              <w:rPr>
                <w:b/>
                <w:color w:val="0D5F78"/>
                <w:w w:val="105"/>
                <w:sz w:val="20"/>
                <w:szCs w:val="20"/>
              </w:rPr>
              <w:t>Adresa</w:t>
            </w:r>
            <w:r w:rsidRPr="00EB23AD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EB23AD">
              <w:rPr>
                <w:b/>
                <w:color w:val="0D5F78"/>
                <w:spacing w:val="-2"/>
                <w:w w:val="105"/>
                <w:sz w:val="20"/>
                <w:szCs w:val="20"/>
              </w:rPr>
              <w:t xml:space="preserve">oficială </w:t>
            </w:r>
            <w:r w:rsidRPr="00EB23AD">
              <w:rPr>
                <w:bCs/>
                <w:color w:val="0D5F78"/>
                <w:w w:val="105"/>
                <w:sz w:val="20"/>
                <w:szCs w:val="20"/>
              </w:rPr>
              <w:t>Adresa</w:t>
            </w:r>
            <w:r w:rsidRPr="00EB23AD">
              <w:rPr>
                <w:bCs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EB23AD">
              <w:rPr>
                <w:bCs/>
                <w:color w:val="0D5F78"/>
                <w:spacing w:val="-2"/>
                <w:w w:val="105"/>
                <w:sz w:val="20"/>
                <w:szCs w:val="20"/>
              </w:rPr>
              <w:t>oficială – strada Eroilor, nr.380, sat Nicolae Bălcescu, comuna Nicolae Bălcescu. Județul Bacău, tel.0234214071, registratura@primaria-nicolae-balcescu.ro</w:t>
            </w:r>
          </w:p>
          <w:p w14:paraId="70E0F574" w14:textId="24B549BB" w:rsidR="001E77C9" w:rsidRDefault="004C37CC" w:rsidP="004C37CC">
            <w:pPr>
              <w:keepNext/>
              <w:rPr>
                <w:sz w:val="18"/>
                <w:szCs w:val="18"/>
              </w:rPr>
            </w:pPr>
            <w:proofErr w:type="spellStart"/>
            <w:r w:rsidRPr="00EB23AD">
              <w:rPr>
                <w:i/>
                <w:color w:val="797979"/>
                <w:w w:val="105"/>
                <w:sz w:val="20"/>
                <w:szCs w:val="20"/>
              </w:rPr>
              <w:t>sediul</w:t>
            </w:r>
            <w:proofErr w:type="spellEnd"/>
            <w:r w:rsidRPr="00EB23AD">
              <w:rPr>
                <w:i/>
                <w:color w:val="797979"/>
                <w:spacing w:val="-8"/>
                <w:w w:val="105"/>
                <w:sz w:val="20"/>
                <w:szCs w:val="20"/>
              </w:rPr>
              <w:t xml:space="preserve"> </w:t>
            </w:r>
            <w:r w:rsidRPr="00EB23AD">
              <w:rPr>
                <w:i/>
                <w:color w:val="797979"/>
                <w:w w:val="105"/>
                <w:sz w:val="20"/>
                <w:szCs w:val="20"/>
              </w:rPr>
              <w:t>·</w:t>
            </w:r>
            <w:r w:rsidRPr="00EB23AD">
              <w:rPr>
                <w:i/>
                <w:color w:val="797979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EB23AD">
              <w:rPr>
                <w:i/>
                <w:color w:val="797979"/>
                <w:w w:val="105"/>
                <w:sz w:val="20"/>
                <w:szCs w:val="20"/>
              </w:rPr>
              <w:t>telefon</w:t>
            </w:r>
            <w:proofErr w:type="spellEnd"/>
            <w:r w:rsidRPr="00EB23AD">
              <w:rPr>
                <w:i/>
                <w:color w:val="797979"/>
                <w:spacing w:val="-8"/>
                <w:w w:val="105"/>
                <w:sz w:val="20"/>
                <w:szCs w:val="20"/>
              </w:rPr>
              <w:t xml:space="preserve"> </w:t>
            </w:r>
            <w:r w:rsidRPr="00EB23AD">
              <w:rPr>
                <w:i/>
                <w:color w:val="797979"/>
                <w:w w:val="105"/>
                <w:sz w:val="20"/>
                <w:szCs w:val="20"/>
              </w:rPr>
              <w:t>·</w:t>
            </w:r>
            <w:r w:rsidRPr="00EB23AD">
              <w:rPr>
                <w:i/>
                <w:color w:val="797979"/>
                <w:spacing w:val="-7"/>
                <w:w w:val="105"/>
                <w:sz w:val="20"/>
                <w:szCs w:val="20"/>
              </w:rPr>
              <w:t xml:space="preserve"> </w:t>
            </w:r>
            <w:r w:rsidRPr="00EB23AD">
              <w:rPr>
                <w:i/>
                <w:color w:val="797979"/>
                <w:w w:val="105"/>
                <w:sz w:val="20"/>
                <w:szCs w:val="20"/>
              </w:rPr>
              <w:t>e-</w:t>
            </w:r>
            <w:r w:rsidRPr="00EB23AD">
              <w:rPr>
                <w:i/>
                <w:color w:val="797979"/>
                <w:spacing w:val="-4"/>
                <w:w w:val="105"/>
                <w:sz w:val="20"/>
                <w:szCs w:val="20"/>
              </w:rPr>
              <w:t>mail</w:t>
            </w:r>
            <w:r w:rsidR="001E77C9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1E77C9" w14:paraId="7ACE478B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78E330B2" w14:textId="77777777" w:rsidR="001E77C9" w:rsidRDefault="001E77C9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ED00A10" w14:textId="77777777" w:rsidR="001E77C9" w:rsidRDefault="001E77C9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E1ECE52" w14:textId="77777777" w:rsidR="001E77C9" w:rsidRDefault="001E77C9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EDDF6B6" w14:textId="77777777" w:rsidR="001E77C9" w:rsidRDefault="001E77C9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44E4C33" w14:textId="77777777" w:rsidR="001E77C9" w:rsidRDefault="001E77C9" w:rsidP="00D145C9">
            <w:pPr>
              <w:keepNext/>
            </w:pPr>
          </w:p>
        </w:tc>
      </w:tr>
      <w:tr w:rsidR="001E77C9" w14:paraId="2D21D291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569BABFC" w14:textId="77777777" w:rsidR="001E77C9" w:rsidRDefault="001E77C9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B9FEB23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5FD545" w14:textId="1C87BE5E" w:rsidR="00945CC5" w:rsidRPr="003E706D" w:rsidRDefault="004C37CC">
            <w:pPr>
              <w:keepNext/>
              <w:rPr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0B9E9" w14:textId="77777777" w:rsidR="00407C4C" w:rsidRDefault="00407C4C">
      <w:r>
        <w:separator/>
      </w:r>
    </w:p>
  </w:endnote>
  <w:endnote w:type="continuationSeparator" w:id="0">
    <w:p w14:paraId="41846483" w14:textId="77777777" w:rsidR="00407C4C" w:rsidRDefault="0040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4819141A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E77C9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E77C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9DD64" w14:textId="77777777" w:rsidR="00407C4C" w:rsidRDefault="00407C4C">
      <w:r>
        <w:separator/>
      </w:r>
    </w:p>
  </w:footnote>
  <w:footnote w:type="continuationSeparator" w:id="0">
    <w:p w14:paraId="1EB4A870" w14:textId="77777777" w:rsidR="00407C4C" w:rsidRDefault="00407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100701">
    <w:abstractNumId w:val="8"/>
  </w:num>
  <w:num w:numId="2" w16cid:durableId="582564268">
    <w:abstractNumId w:val="6"/>
  </w:num>
  <w:num w:numId="3" w16cid:durableId="1201433326">
    <w:abstractNumId w:val="5"/>
  </w:num>
  <w:num w:numId="4" w16cid:durableId="1274746812">
    <w:abstractNumId w:val="4"/>
  </w:num>
  <w:num w:numId="5" w16cid:durableId="863786301">
    <w:abstractNumId w:val="7"/>
  </w:num>
  <w:num w:numId="6" w16cid:durableId="631908702">
    <w:abstractNumId w:val="3"/>
  </w:num>
  <w:num w:numId="7" w16cid:durableId="2050647746">
    <w:abstractNumId w:val="2"/>
  </w:num>
  <w:num w:numId="8" w16cid:durableId="1141191596">
    <w:abstractNumId w:val="1"/>
  </w:num>
  <w:num w:numId="9" w16cid:durableId="136953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7C9"/>
    <w:rsid w:val="0029639D"/>
    <w:rsid w:val="002F7EE8"/>
    <w:rsid w:val="00326F90"/>
    <w:rsid w:val="003E706D"/>
    <w:rsid w:val="00407C4C"/>
    <w:rsid w:val="004C37CC"/>
    <w:rsid w:val="004E6AFA"/>
    <w:rsid w:val="004F6A17"/>
    <w:rsid w:val="006C103E"/>
    <w:rsid w:val="008224B6"/>
    <w:rsid w:val="00945CC5"/>
    <w:rsid w:val="00A71320"/>
    <w:rsid w:val="00AA1D8D"/>
    <w:rsid w:val="00B47730"/>
    <w:rsid w:val="00CB0664"/>
    <w:rsid w:val="00D832C2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4C37CC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5195F7-DE5D-40DD-898F-95D28A17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2026-09-07T10:18:00Z</dcterms:created>
  <dcterms:modified xsi:type="dcterms:W3CDTF">2026-09-07T10:18:00Z</dcterms:modified>
  <cp:category/>
</cp:coreProperties>
</file>