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205F1" w14:paraId="5CA1A58F" w14:textId="77777777" w:rsidTr="00D145C9">
        <w:trPr>
          <w:cantSplit/>
          <w:trHeight w:val="510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1F9EE70E" w14:textId="5192DC62" w:rsidR="00A205F1" w:rsidRDefault="00A205F1" w:rsidP="00D145C9">
            <w:pPr>
              <w:keepNext/>
              <w:jc w:val="center"/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2E12D6A9" w14:textId="77777777" w:rsidR="00A205F1" w:rsidRDefault="00A205F1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3C1CB51" w14:textId="77777777" w:rsidR="00A205F1" w:rsidRDefault="00A205F1" w:rsidP="00D145C9">
            <w:pPr>
              <w:keepNext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>BACĂU</w:t>
            </w:r>
          </w:p>
        </w:tc>
      </w:tr>
      <w:tr w:rsidR="00A205F1" w14:paraId="053F7569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40595590" w14:textId="77777777" w:rsidR="00A205F1" w:rsidRDefault="00A205F1" w:rsidP="00D145C9"/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3E343D65" w14:textId="77777777" w:rsidR="00A205F1" w:rsidRDefault="00A205F1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75241B7D" w14:textId="60116F0B" w:rsidR="00A205F1" w:rsidRDefault="00136D83" w:rsidP="00D145C9">
            <w:pPr>
              <w:keepNext/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COMUNA NICOLAE BĂLCESCU</w:t>
            </w:r>
          </w:p>
        </w:tc>
      </w:tr>
      <w:tr w:rsidR="00A205F1" w14:paraId="5426C02A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6E87FF4E" w14:textId="77777777" w:rsidR="00A205F1" w:rsidRDefault="00A205F1" w:rsidP="00D145C9"/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725A3C15" w14:textId="77777777" w:rsidR="00A205F1" w:rsidRDefault="00A205F1" w:rsidP="00D145C9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>
              <w:rPr>
                <w:b/>
                <w:color w:val="0D5F78"/>
                <w:lang w:val="fr-FR"/>
              </w:rPr>
              <w:t>identificare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fiscală</w:t>
            </w:r>
            <w:proofErr w:type="spellEnd"/>
            <w:r>
              <w:rPr>
                <w:b/>
                <w:color w:val="0D5F78"/>
                <w:lang w:val="fr-FR"/>
              </w:rPr>
              <w:t xml:space="preserve"> (CIF)</w:t>
            </w:r>
          </w:p>
          <w:p w14:paraId="0ABFEF70" w14:textId="52435FEF" w:rsidR="00A205F1" w:rsidRDefault="00136D83" w:rsidP="00D145C9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4353234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00514E45" w14:textId="77777777" w:rsidR="00A205F1" w:rsidRDefault="00A205F1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A34517B" w14:textId="43E3A00B" w:rsidR="00A205F1" w:rsidRDefault="00136D83" w:rsidP="00D145C9">
            <w:pPr>
              <w:keepNext/>
              <w:rPr>
                <w:sz w:val="18"/>
                <w:szCs w:val="18"/>
              </w:rPr>
            </w:pP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C</w:t>
            </w:r>
            <w:r>
              <w:rPr>
                <w:i/>
                <w:color w:val="000000" w:themeColor="text1"/>
                <w:sz w:val="18"/>
                <w:szCs w:val="18"/>
              </w:rPr>
              <w:t>omuna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 Nicolae Bălcescu, sat Nicolae Bălcescu, </w:t>
            </w: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strada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Eroilor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, nr.380, </w:t>
            </w: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județul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 Bacău, tel.0234214071, email: registratura@primaria-nicolae-balcescu.ro</w:t>
            </w:r>
            <w:r w:rsidR="00A205F1">
              <w:rPr>
                <w:i/>
                <w:color w:val="7A7A7A"/>
                <w:sz w:val="18"/>
                <w:szCs w:val="18"/>
              </w:rPr>
              <w:t xml:space="preserve"> </w:t>
            </w:r>
          </w:p>
        </w:tc>
      </w:tr>
      <w:tr w:rsidR="00A205F1" w14:paraId="0336B682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6DA6E35F" w14:textId="77777777" w:rsidR="00A205F1" w:rsidRDefault="00A205F1" w:rsidP="00D145C9"/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366DA4BB" w14:textId="77777777" w:rsidR="00A205F1" w:rsidRDefault="00A205F1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7555F18" w14:textId="77777777" w:rsidR="00A205F1" w:rsidRDefault="00A205F1" w:rsidP="00D145C9">
            <w:pPr>
              <w:keepNext/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112DE84C" w14:textId="77777777" w:rsidR="00A205F1" w:rsidRDefault="00A205F1" w:rsidP="00D145C9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9357783" w14:textId="77777777" w:rsidR="00A205F1" w:rsidRDefault="00A205F1" w:rsidP="00D145C9">
            <w:pPr>
              <w:keepNext/>
            </w:pPr>
          </w:p>
        </w:tc>
      </w:tr>
      <w:tr w:rsidR="00A205F1" w14:paraId="70D16922" w14:textId="77777777" w:rsidTr="00D145C9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65044B80" w14:textId="77777777" w:rsidR="00A205F1" w:rsidRDefault="00A205F1" w:rsidP="00D145C9">
            <w:pPr>
              <w:rPr>
                <w:lang w:val="fr-FR"/>
              </w:rPr>
            </w:pPr>
            <w:r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>
              <w:rPr>
                <w:i/>
                <w:color w:val="595959"/>
                <w:lang w:val="fr-FR"/>
              </w:rPr>
              <w:t>se</w:t>
            </w:r>
            <w:proofErr w:type="gram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completează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>
              <w:rPr>
                <w:i/>
                <w:color w:val="595959"/>
                <w:lang w:val="fr-FR"/>
              </w:rPr>
              <w:t>autoritate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>
              <w:rPr>
                <w:i/>
                <w:color w:val="595959"/>
                <w:lang w:val="fr-FR"/>
              </w:rPr>
              <w:t>solicitantul</w:t>
            </w:r>
            <w:proofErr w:type="spellEnd"/>
            <w:r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>
              <w:rPr>
                <w:i/>
                <w:color w:val="595959"/>
                <w:lang w:val="fr-FR"/>
              </w:rPr>
              <w:t>scrie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în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această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3822D713" w14:textId="471984AF" w:rsidR="0014338B" w:rsidRPr="00143D03" w:rsidRDefault="000E120E" w:rsidP="005C403B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ÎNȘTIINȚARE</w:t>
      </w:r>
    </w:p>
    <w:p w14:paraId="7475FDAB" w14:textId="032D3095" w:rsidR="00071E24" w:rsidRDefault="000E120E" w:rsidP="00071E24">
      <w:pPr>
        <w:spacing w:after="120"/>
        <w:jc w:val="center"/>
        <w:rPr>
          <w:sz w:val="19"/>
        </w:rPr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încheierea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14:paraId="02C40D1C" w14:textId="77777777" w:rsidR="00071E24" w:rsidRDefault="00071E24" w:rsidP="005C403B">
      <w:pPr>
        <w:spacing w:after="120"/>
        <w:jc w:val="center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14:paraId="33522B72" w14:textId="77777777">
        <w:trPr>
          <w:cantSplit/>
        </w:trPr>
        <w:tc>
          <w:tcPr>
            <w:tcW w:w="9636" w:type="dxa"/>
            <w:shd w:val="clear" w:color="auto" w:fill="F4F4F4"/>
          </w:tcPr>
          <w:p w14:paraId="4E01BA3A" w14:textId="77777777" w:rsidR="0014338B" w:rsidRDefault="000E120E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4338B" w:rsidRPr="00895605" w14:paraId="7F85BD73" w14:textId="77777777" w:rsidTr="00A205F1">
        <w:trPr>
          <w:cantSplit/>
          <w:trHeight w:val="510"/>
        </w:trPr>
        <w:tc>
          <w:tcPr>
            <w:tcW w:w="9636" w:type="dxa"/>
          </w:tcPr>
          <w:p w14:paraId="3D3D9B90" w14:textId="0023B1E8" w:rsidR="0014338B" w:rsidRPr="00A205F1" w:rsidRDefault="00161142" w:rsidP="00A205F1">
            <w:pPr>
              <w:keepNext/>
              <w:spacing w:before="40"/>
              <w:rPr>
                <w:color w:val="000000" w:themeColor="text1"/>
                <w:sz w:val="22"/>
                <w:lang w:val="fr-FR"/>
              </w:rPr>
            </w:pPr>
            <w:proofErr w:type="spellStart"/>
            <w:r w:rsidRPr="00080E05">
              <w:rPr>
                <w:sz w:val="22"/>
                <w:lang w:val="fr-FR"/>
              </w:rPr>
              <w:t>Inspectoratul</w:t>
            </w:r>
            <w:proofErr w:type="spellEnd"/>
            <w:r w:rsidRPr="00080E05">
              <w:rPr>
                <w:sz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lang w:val="fr-FR"/>
              </w:rPr>
              <w:t>Județean</w:t>
            </w:r>
            <w:proofErr w:type="spellEnd"/>
            <w:r>
              <w:rPr>
                <w:sz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lang w:val="fr-FR"/>
              </w:rPr>
              <w:t>în</w:t>
            </w:r>
            <w:proofErr w:type="spellEnd"/>
            <w:r>
              <w:rPr>
                <w:sz w:val="22"/>
                <w:lang w:val="fr-FR"/>
              </w:rPr>
              <w:t xml:space="preserve"> Construcții Bacău</w:t>
            </w:r>
          </w:p>
        </w:tc>
      </w:tr>
      <w:tr w:rsidR="0014338B" w:rsidRPr="00895605" w14:paraId="4EAE8335" w14:textId="77777777">
        <w:trPr>
          <w:cantSplit/>
        </w:trPr>
        <w:tc>
          <w:tcPr>
            <w:tcW w:w="9636" w:type="dxa"/>
            <w:shd w:val="clear" w:color="auto" w:fill="F4F4F4"/>
          </w:tcPr>
          <w:p w14:paraId="48C1D253" w14:textId="3261A8BC" w:rsidR="0014338B" w:rsidRPr="00895605" w:rsidRDefault="000E120E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="00895605"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="00895605" w:rsidRPr="00895605">
              <w:rPr>
                <w:lang w:val="fr-FR"/>
              </w:rPr>
              <w:t>conducerea</w:t>
            </w:r>
            <w:proofErr w:type="spellEnd"/>
            <w:r w:rsidR="00895605" w:rsidRPr="00895605">
              <w:rPr>
                <w:lang w:val="fr-FR"/>
              </w:rPr>
              <w:t xml:space="preserve"> </w:t>
            </w:r>
            <w:proofErr w:type="spellStart"/>
            <w:r w:rsidR="00895605" w:rsidRPr="00895605">
              <w:rPr>
                <w:lang w:val="fr-FR"/>
              </w:rPr>
              <w:t>Inspectoratului</w:t>
            </w:r>
            <w:proofErr w:type="spellEnd"/>
            <w:r w:rsidR="00895605" w:rsidRP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Teritorial</w:t>
            </w:r>
            <w:proofErr w:type="spellEnd"/>
            <w:r w:rsid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în</w:t>
            </w:r>
            <w:proofErr w:type="spellEnd"/>
            <w:r w:rsid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Construcții</w:t>
            </w:r>
            <w:proofErr w:type="spellEnd"/>
          </w:p>
        </w:tc>
      </w:tr>
    </w:tbl>
    <w:p w14:paraId="17EC65EB" w14:textId="77777777" w:rsidR="0014338B" w:rsidRPr="00895605" w:rsidRDefault="0014338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4338B" w14:paraId="42C8622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30E9DCB" w14:textId="77777777" w:rsidR="0014338B" w:rsidRDefault="000E120E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4338B" w14:paraId="1AB9147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1C69E06A" w14:textId="77777777" w:rsidR="0014338B" w:rsidRDefault="000E120E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4D2F41D" w14:textId="77777777" w:rsidR="0014338B" w:rsidRDefault="0014338B">
            <w:pPr>
              <w:keepNext/>
            </w:pPr>
          </w:p>
        </w:tc>
        <w:tc>
          <w:tcPr>
            <w:tcW w:w="4015" w:type="dxa"/>
            <w:gridSpan w:val="3"/>
          </w:tcPr>
          <w:p w14:paraId="4BEBB974" w14:textId="77777777" w:rsidR="0014338B" w:rsidRDefault="000E120E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366478" w14:textId="77777777" w:rsidR="0014338B" w:rsidRDefault="0014338B">
            <w:pPr>
              <w:keepNext/>
            </w:pPr>
          </w:p>
        </w:tc>
      </w:tr>
      <w:tr w:rsidR="0014338B" w14:paraId="7C9A36A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9527D35" w14:textId="77777777" w:rsidR="0014338B" w:rsidRDefault="000E120E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14338B" w14:paraId="0F5DB260" w14:textId="77777777">
        <w:trPr>
          <w:cantSplit/>
          <w:trHeight w:val="510"/>
        </w:trPr>
        <w:tc>
          <w:tcPr>
            <w:tcW w:w="1606" w:type="dxa"/>
          </w:tcPr>
          <w:p w14:paraId="432F09FE" w14:textId="77777777" w:rsidR="0014338B" w:rsidRDefault="000E120E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E9F3BFF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3DCDA6F7" w14:textId="77777777" w:rsidR="0014338B" w:rsidRDefault="000E120E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58B18FD" w14:textId="77777777" w:rsidR="0014338B" w:rsidRDefault="0014338B">
            <w:pPr>
              <w:keepNext/>
            </w:pPr>
          </w:p>
        </w:tc>
        <w:tc>
          <w:tcPr>
            <w:tcW w:w="4818" w:type="dxa"/>
            <w:gridSpan w:val="5"/>
          </w:tcPr>
          <w:p w14:paraId="144A71C9" w14:textId="77777777" w:rsidR="0014338B" w:rsidRDefault="000E120E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6FBF7A0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0B57732B" w14:textId="77777777" w:rsidR="0014338B" w:rsidRDefault="000E120E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4E9FB62" w14:textId="77777777" w:rsidR="0014338B" w:rsidRDefault="0014338B">
            <w:pPr>
              <w:keepNext/>
            </w:pPr>
          </w:p>
        </w:tc>
      </w:tr>
      <w:tr w:rsidR="0014338B" w14:paraId="049D497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90C333" w14:textId="77777777" w:rsidR="0014338B" w:rsidRDefault="000E120E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14338B" w14:paraId="6673C957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117BD63" w14:textId="77777777" w:rsidR="0014338B" w:rsidRDefault="000E120E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6C93511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4"/>
          </w:tcPr>
          <w:p w14:paraId="10058633" w14:textId="77777777" w:rsidR="0014338B" w:rsidRDefault="000E120E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EFA0EC5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1A1576E8" w14:textId="77777777" w:rsidR="0014338B" w:rsidRDefault="000E120E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47F65DE" w14:textId="77777777" w:rsidR="0014338B" w:rsidRDefault="0014338B">
            <w:pPr>
              <w:keepNext/>
            </w:pPr>
          </w:p>
        </w:tc>
      </w:tr>
      <w:tr w:rsidR="0014338B" w14:paraId="6AC1D48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3000AB1" w14:textId="77777777" w:rsidR="0014338B" w:rsidRDefault="000E120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3A6D3FC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21F406B" w14:textId="77777777" w:rsidR="0014338B" w:rsidRDefault="000E120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3F7197F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5999E1B2" w14:textId="77777777" w:rsidR="0014338B" w:rsidRDefault="000E120E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F744B38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B769037" w14:textId="77777777" w:rsidR="0014338B" w:rsidRDefault="000E120E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7E8764F8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B3979E0" w14:textId="77777777" w:rsidR="0014338B" w:rsidRDefault="000E120E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562E9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04B06B00" w14:textId="77777777" w:rsidR="0014338B" w:rsidRDefault="000E120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F05971E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14835BFA" w14:textId="77777777" w:rsidR="0014338B" w:rsidRDefault="000E120E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E6C45E3" w14:textId="77777777" w:rsidR="0014338B" w:rsidRDefault="0014338B">
            <w:pPr>
              <w:keepNext/>
            </w:pPr>
          </w:p>
        </w:tc>
      </w:tr>
      <w:tr w:rsidR="0014338B" w14:paraId="1EC65C2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904232E" w14:textId="77777777" w:rsidR="0014338B" w:rsidRDefault="000E120E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4338B" w14:paraId="6CD89B2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3AC9FFBD" w14:textId="77777777" w:rsidR="0014338B" w:rsidRDefault="000E120E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264B8A5" w14:textId="77777777" w:rsidR="0014338B" w:rsidRDefault="0014338B"/>
        </w:tc>
        <w:tc>
          <w:tcPr>
            <w:tcW w:w="5621" w:type="dxa"/>
            <w:gridSpan w:val="5"/>
          </w:tcPr>
          <w:p w14:paraId="1D0C7A9E" w14:textId="77777777" w:rsidR="0014338B" w:rsidRDefault="000E120E">
            <w:r>
              <w:rPr>
                <w:b/>
                <w:color w:val="0D5F78"/>
              </w:rPr>
              <w:t>E-mail</w:t>
            </w:r>
          </w:p>
          <w:p w14:paraId="02C8CFCD" w14:textId="77777777" w:rsidR="0014338B" w:rsidRDefault="0014338B"/>
        </w:tc>
      </w:tr>
    </w:tbl>
    <w:p w14:paraId="4CC4088C" w14:textId="77777777" w:rsidR="0014338B" w:rsidRDefault="0014338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14338B" w:rsidRPr="00143D03" w14:paraId="741DAC4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788BF40" w14:textId="77777777" w:rsidR="0014338B" w:rsidRPr="00895605" w:rsidRDefault="000E120E">
            <w:pPr>
              <w:keepNext/>
              <w:rPr>
                <w:lang w:val="fr-FR"/>
              </w:rPr>
            </w:pPr>
            <w:r w:rsidRPr="00895605">
              <w:rPr>
                <w:b/>
                <w:sz w:val="16"/>
                <w:lang w:val="fr-FR"/>
              </w:rPr>
              <w:t xml:space="preserve"> 3. </w:t>
            </w:r>
            <w:r w:rsidRPr="00895605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14338B" w14:paraId="5B174B53" w14:textId="77777777">
        <w:trPr>
          <w:cantSplit/>
          <w:trHeight w:val="510"/>
        </w:trPr>
        <w:tc>
          <w:tcPr>
            <w:tcW w:w="1606" w:type="dxa"/>
          </w:tcPr>
          <w:p w14:paraId="3167ECB3" w14:textId="77777777" w:rsidR="0014338B" w:rsidRDefault="000E120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AF06A10" w14:textId="77777777" w:rsidR="0014338B" w:rsidRDefault="0014338B">
            <w:pPr>
              <w:keepNext/>
            </w:pPr>
          </w:p>
        </w:tc>
        <w:tc>
          <w:tcPr>
            <w:tcW w:w="2409" w:type="dxa"/>
          </w:tcPr>
          <w:p w14:paraId="7421DC40" w14:textId="77777777" w:rsidR="0014338B" w:rsidRDefault="000E120E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520B6794" w14:textId="77777777" w:rsidR="0014338B" w:rsidRDefault="0014338B">
            <w:pPr>
              <w:keepNext/>
            </w:pPr>
          </w:p>
        </w:tc>
        <w:tc>
          <w:tcPr>
            <w:tcW w:w="5621" w:type="dxa"/>
          </w:tcPr>
          <w:p w14:paraId="1A917B00" w14:textId="77777777" w:rsidR="0014338B" w:rsidRDefault="000E120E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A28677F" w14:textId="77777777" w:rsidR="0014338B" w:rsidRDefault="0014338B">
            <w:pPr>
              <w:keepNext/>
            </w:pPr>
          </w:p>
        </w:tc>
      </w:tr>
      <w:tr w:rsidR="0014338B" w14:paraId="656D75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7B1A757" w14:textId="77777777" w:rsidR="0014338B" w:rsidRDefault="000E120E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14338B" w:rsidRPr="00143D03" w14:paraId="61981082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2D4D60C7" w14:textId="1D58D239" w:rsidR="00C25235" w:rsidRPr="00143D03" w:rsidRDefault="000E120E" w:rsidP="00C25235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895605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și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din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proofErr w:type="gramStart"/>
            <w:r w:rsidRPr="00895605">
              <w:rPr>
                <w:b/>
                <w:color w:val="0D5F78"/>
                <w:lang w:val="fr-FR"/>
              </w:rPr>
              <w:t>autorizație</w:t>
            </w:r>
            <w:proofErr w:type="spellEnd"/>
            <w:r w:rsidR="00C25235" w:rsidRPr="00143D03">
              <w:rPr>
                <w:b/>
                <w:color w:val="0D5F78"/>
                <w:lang w:val="fr-FR"/>
              </w:rPr>
              <w:t>:</w:t>
            </w:r>
            <w:proofErr w:type="gramEnd"/>
          </w:p>
          <w:p w14:paraId="2333CCC8" w14:textId="6374BABA" w:rsidR="00C25235" w:rsidRPr="00C25235" w:rsidRDefault="00C25235" w:rsidP="00C25235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>
              <w:rPr>
                <w:i/>
                <w:color w:val="7A7A7A"/>
                <w:lang w:val="fr-FR"/>
              </w:rPr>
              <w:t>noteaz</w:t>
            </w:r>
            <w:proofErr w:type="spellEnd"/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14:paraId="077902E5" w14:textId="6A151C82" w:rsidR="00C25235" w:rsidRPr="00143D03" w:rsidRDefault="00C25235">
            <w:pPr>
              <w:keepNext/>
              <w:rPr>
                <w:i/>
                <w:color w:val="7A7A7A"/>
                <w:lang w:val="ro-RO"/>
              </w:rPr>
            </w:pPr>
            <w:r w:rsidRPr="00143D03">
              <w:rPr>
                <w:i/>
                <w:color w:val="7A7A7A"/>
                <w:lang w:val="ro-RO"/>
              </w:rPr>
              <w:t xml:space="preserve">În situația în care se închid mai multe autorizații, din cadrul aceluiași obiectiv, se vor specifica fiecare, în mod distinct. </w:t>
            </w:r>
          </w:p>
          <w:p w14:paraId="44CD27B3" w14:textId="77777777" w:rsidR="00C25235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Obiectiv</w:t>
            </w:r>
          </w:p>
          <w:p w14:paraId="122CE097" w14:textId="77777777" w:rsidR="0014338B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</w:t>
            </w:r>
          </w:p>
          <w:p w14:paraId="58C03AAE" w14:textId="1F8FAB58" w:rsidR="00C25235" w:rsidRPr="00B862D0" w:rsidRDefault="00B11050" w:rsidP="00B862D0">
            <w:pPr>
              <w:keepNext/>
              <w:rPr>
                <w:i/>
                <w:color w:val="7A7A7A"/>
                <w:lang w:val="ro-RO"/>
              </w:rPr>
            </w:pPr>
            <w:r w:rsidRPr="00B11050">
              <w:rPr>
                <w:i/>
                <w:color w:val="7A7A7A"/>
                <w:lang w:val="ro-RO"/>
              </w:rPr>
              <w:t xml:space="preserve"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 </w:t>
            </w:r>
          </w:p>
        </w:tc>
      </w:tr>
      <w:tr w:rsidR="0014338B" w:rsidRPr="00143D03" w14:paraId="51935E19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19411EE2" w14:textId="5DCD057F" w:rsidR="00C25235" w:rsidRPr="00143D03" w:rsidRDefault="000E120E" w:rsidP="00C25235">
            <w:pPr>
              <w:rPr>
                <w:lang w:val="fr-FR"/>
              </w:rPr>
            </w:pPr>
            <w:proofErr w:type="spellStart"/>
            <w:proofErr w:type="gramStart"/>
            <w:r w:rsidRPr="00143D03">
              <w:rPr>
                <w:b/>
                <w:color w:val="0D5F78"/>
                <w:lang w:val="fr-FR"/>
              </w:rPr>
              <w:t>în</w:t>
            </w:r>
            <w:proofErr w:type="spellEnd"/>
            <w:proofErr w:type="gramEnd"/>
            <w:r w:rsidRPr="00143D0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  <w:lang w:val="fr-FR"/>
              </w:rPr>
              <w:t>valoare</w:t>
            </w:r>
            <w:proofErr w:type="spellEnd"/>
            <w:r w:rsidRPr="00143D03">
              <w:rPr>
                <w:b/>
                <w:color w:val="0D5F78"/>
                <w:lang w:val="fr-FR"/>
              </w:rPr>
              <w:t xml:space="preserve"> de (lei)</w:t>
            </w:r>
          </w:p>
          <w:p w14:paraId="1741C79C" w14:textId="3F63FC74" w:rsidR="0014338B" w:rsidRPr="00B862D0" w:rsidRDefault="00DE33CD" w:rsidP="00B862D0">
            <w:pPr>
              <w:spacing w:after="39" w:line="268" w:lineRule="auto"/>
              <w:jc w:val="both"/>
              <w:rPr>
                <w:i/>
                <w:color w:val="7A7A7A"/>
                <w:lang w:val="ro-RO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16896482" w14:textId="77777777" w:rsidR="0014338B" w:rsidRPr="00143D03" w:rsidRDefault="000E120E" w:rsidP="00895605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ADUC LA CUNOȘTINȚĂ</w:t>
      </w:r>
    </w:p>
    <w:p w14:paraId="2FE17F8E" w14:textId="77777777" w:rsidR="0014338B" w:rsidRDefault="0014338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14338B" w14:paraId="4528D0EA" w14:textId="77777777">
        <w:trPr>
          <w:cantSplit/>
          <w:trHeight w:val="510"/>
        </w:trPr>
        <w:tc>
          <w:tcPr>
            <w:tcW w:w="2409" w:type="dxa"/>
          </w:tcPr>
          <w:p w14:paraId="78E74A7E" w14:textId="77777777" w:rsidR="0014338B" w:rsidRDefault="000E120E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14:paraId="5C21B0CB" w14:textId="77777777" w:rsidR="0014338B" w:rsidRDefault="0014338B"/>
        </w:tc>
        <w:tc>
          <w:tcPr>
            <w:tcW w:w="1606" w:type="dxa"/>
          </w:tcPr>
          <w:p w14:paraId="138840AD" w14:textId="77777777" w:rsidR="0014338B" w:rsidRDefault="000E120E">
            <w:r>
              <w:rPr>
                <w:b/>
                <w:color w:val="0D5F78"/>
              </w:rPr>
              <w:t>ora</w:t>
            </w:r>
          </w:p>
          <w:p w14:paraId="6D25FA05" w14:textId="77777777" w:rsidR="0014338B" w:rsidRDefault="0014338B"/>
        </w:tc>
        <w:tc>
          <w:tcPr>
            <w:tcW w:w="5621" w:type="dxa"/>
          </w:tcPr>
          <w:p w14:paraId="64F59577" w14:textId="77777777" w:rsidR="0014338B" w:rsidRPr="00895605" w:rsidRDefault="000E120E">
            <w:pPr>
              <w:rPr>
                <w:lang w:val="fr-FR"/>
              </w:rPr>
            </w:pPr>
            <w:proofErr w:type="gramStart"/>
            <w:r w:rsidRPr="00895605">
              <w:rPr>
                <w:b/>
                <w:color w:val="0D5F78"/>
                <w:lang w:val="fr-FR"/>
              </w:rPr>
              <w:t>au</w:t>
            </w:r>
            <w:proofErr w:type="gram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fost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C73D59D" w14:textId="77777777" w:rsidR="0014338B" w:rsidRDefault="000E120E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14:paraId="42D6CAA4" w14:textId="77777777" w:rsidR="0014338B" w:rsidRDefault="0014338B"/>
        </w:tc>
      </w:tr>
    </w:tbl>
    <w:p w14:paraId="49E38AF5" w14:textId="77777777" w:rsidR="0014338B" w:rsidRDefault="0014338B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4338B" w14:paraId="4D2C24BF" w14:textId="77777777" w:rsidTr="00365E6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956ACB3" w14:textId="77777777" w:rsidR="0014338B" w:rsidRDefault="000E120E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4338B" w14:paraId="2A2DC932" w14:textId="77777777" w:rsidTr="00365E65">
        <w:trPr>
          <w:cantSplit/>
        </w:trPr>
        <w:tc>
          <w:tcPr>
            <w:tcW w:w="9636" w:type="dxa"/>
            <w:gridSpan w:val="6"/>
          </w:tcPr>
          <w:p w14:paraId="318A856F" w14:textId="77777777" w:rsidR="0014338B" w:rsidRDefault="000E120E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14338B" w14:paraId="36C32AED" w14:textId="77777777" w:rsidTr="00365E65">
        <w:trPr>
          <w:cantSplit/>
          <w:trHeight w:val="510"/>
        </w:trPr>
        <w:tc>
          <w:tcPr>
            <w:tcW w:w="3212" w:type="dxa"/>
            <w:gridSpan w:val="2"/>
          </w:tcPr>
          <w:p w14:paraId="398C3CC9" w14:textId="77777777" w:rsidR="0014338B" w:rsidRDefault="000E120E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04B8A5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542C72AC" w14:textId="77777777" w:rsidR="0014338B" w:rsidRDefault="000E120E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48381D6E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2BCDE2D9" w14:textId="77777777" w:rsidR="0014338B" w:rsidRDefault="000E120E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84692A" w14:textId="77777777" w:rsidR="0014338B" w:rsidRDefault="0014338B">
            <w:pPr>
              <w:keepNext/>
            </w:pPr>
          </w:p>
        </w:tc>
      </w:tr>
      <w:tr w:rsidR="0014338B" w14:paraId="44C0A90C" w14:textId="77777777" w:rsidTr="00365E65">
        <w:trPr>
          <w:cantSplit/>
          <w:trHeight w:val="510"/>
        </w:trPr>
        <w:tc>
          <w:tcPr>
            <w:tcW w:w="1606" w:type="dxa"/>
          </w:tcPr>
          <w:p w14:paraId="7852A88D" w14:textId="77777777" w:rsidR="0014338B" w:rsidRDefault="000E120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6191CFD" w14:textId="77777777" w:rsidR="0014338B" w:rsidRDefault="0014338B">
            <w:pPr>
              <w:keepNext/>
            </w:pPr>
          </w:p>
        </w:tc>
        <w:tc>
          <w:tcPr>
            <w:tcW w:w="4818" w:type="dxa"/>
            <w:gridSpan w:val="3"/>
          </w:tcPr>
          <w:p w14:paraId="5C79E1D0" w14:textId="77777777" w:rsidR="0014338B" w:rsidRDefault="000E120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AD8C27A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78A99AF5" w14:textId="77777777" w:rsidR="0014338B" w:rsidRDefault="000E120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DAAA4A3" w14:textId="77777777" w:rsidR="0014338B" w:rsidRDefault="0014338B">
            <w:pPr>
              <w:keepNext/>
            </w:pPr>
          </w:p>
        </w:tc>
        <w:tc>
          <w:tcPr>
            <w:tcW w:w="2409" w:type="dxa"/>
          </w:tcPr>
          <w:p w14:paraId="367ACFF7" w14:textId="77777777" w:rsidR="0014338B" w:rsidRDefault="000E120E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0890CE6" w14:textId="77777777" w:rsidR="0014338B" w:rsidRDefault="0014338B">
            <w:pPr>
              <w:keepNext/>
            </w:pPr>
          </w:p>
        </w:tc>
      </w:tr>
      <w:tr w:rsidR="0014338B" w14:paraId="7AD851EE" w14:textId="77777777" w:rsidTr="00365E65">
        <w:trPr>
          <w:cantSplit/>
          <w:trHeight w:val="510"/>
        </w:trPr>
        <w:tc>
          <w:tcPr>
            <w:tcW w:w="5621" w:type="dxa"/>
            <w:gridSpan w:val="3"/>
          </w:tcPr>
          <w:p w14:paraId="2E2214DE" w14:textId="77777777" w:rsidR="0014338B" w:rsidRPr="00895605" w:rsidRDefault="000E120E">
            <w:pPr>
              <w:keepNext/>
              <w:rPr>
                <w:lang w:val="fr-FR"/>
              </w:rPr>
            </w:pPr>
            <w:proofErr w:type="spellStart"/>
            <w:r w:rsidRPr="00895605">
              <w:rPr>
                <w:b/>
                <w:color w:val="0D5F78"/>
                <w:lang w:val="fr-FR"/>
              </w:rPr>
              <w:t>Număr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cadastral</w:t>
            </w:r>
          </w:p>
          <w:p w14:paraId="1C5C5AD1" w14:textId="39A27CD2" w:rsidR="0014338B" w:rsidRPr="00895605" w:rsidRDefault="000E120E">
            <w:pPr>
              <w:keepNext/>
              <w:rPr>
                <w:lang w:val="fr-FR"/>
              </w:rPr>
            </w:pPr>
            <w:proofErr w:type="spellStart"/>
            <w:proofErr w:type="gramStart"/>
            <w:r w:rsidRPr="00895605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e-Terra</w:t>
            </w:r>
          </w:p>
        </w:tc>
        <w:tc>
          <w:tcPr>
            <w:tcW w:w="4015" w:type="dxa"/>
            <w:gridSpan w:val="3"/>
          </w:tcPr>
          <w:p w14:paraId="1E14B5E8" w14:textId="77777777" w:rsidR="0014338B" w:rsidRDefault="000E120E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1B933EAE" w14:textId="77777777" w:rsidR="0014338B" w:rsidRDefault="0014338B">
            <w:pPr>
              <w:keepNext/>
            </w:pPr>
          </w:p>
        </w:tc>
      </w:tr>
      <w:tr w:rsidR="0014338B" w14:paraId="48D7A768" w14:textId="77777777" w:rsidTr="00365E65">
        <w:trPr>
          <w:cantSplit/>
        </w:trPr>
        <w:tc>
          <w:tcPr>
            <w:tcW w:w="9636" w:type="dxa"/>
            <w:gridSpan w:val="6"/>
          </w:tcPr>
          <w:p w14:paraId="57CC048E" w14:textId="77777777" w:rsidR="0014338B" w:rsidRDefault="000E120E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43E293C" w14:textId="77777777" w:rsidR="0014338B" w:rsidRDefault="0014338B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365E65" w:rsidRPr="00365E65" w14:paraId="28EC0D9A" w14:textId="77777777" w:rsidTr="00B35B08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1A1168BE" w14:textId="77777777" w:rsidR="00365E65" w:rsidRPr="00365E65" w:rsidRDefault="00365E65" w:rsidP="00365E65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lastRenderedPageBreak/>
              <w:t xml:space="preserve">5. </w:t>
            </w:r>
            <w:r>
              <w:rPr>
                <w:b/>
                <w:color w:val="000000"/>
                <w:sz w:val="18"/>
              </w:rPr>
              <w:t>IN</w:t>
            </w:r>
            <w:r>
              <w:rPr>
                <w:b/>
                <w:color w:val="000000"/>
                <w:sz w:val="18"/>
                <w:lang w:val="ro-RO"/>
              </w:rPr>
              <w:t>ȘTIINȚAREA PRIVIND ÎNCEPEREA EXECUȚIEI LUCRĂRILOR</w:t>
            </w:r>
          </w:p>
        </w:tc>
      </w:tr>
      <w:tr w:rsidR="00365E65" w14:paraId="5029F607" w14:textId="77777777" w:rsidTr="00B35B08">
        <w:trPr>
          <w:cantSplit/>
        </w:trPr>
        <w:tc>
          <w:tcPr>
            <w:tcW w:w="9606" w:type="dxa"/>
          </w:tcPr>
          <w:p w14:paraId="02D298DA" w14:textId="5F64AF3D" w:rsidR="00365E65" w:rsidRDefault="00365E65" w:rsidP="00365E65">
            <w:pPr>
              <w:ind w:right="-108"/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înștiințării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începerea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înregistrată</w:t>
            </w:r>
            <w:proofErr w:type="spellEnd"/>
            <w:r>
              <w:rPr>
                <w:sz w:val="16"/>
              </w:rPr>
              <w:t xml:space="preserve"> la I.S.C cu nr</w:t>
            </w:r>
            <w:r w:rsidR="00765D3C">
              <w:rPr>
                <w:sz w:val="16"/>
              </w:rPr>
              <w:t xml:space="preserve">. </w:t>
            </w:r>
            <w:r>
              <w:rPr>
                <w:sz w:val="16"/>
              </w:rPr>
              <w:t xml:space="preserve"> </w:t>
            </w:r>
          </w:p>
          <w:p w14:paraId="643E96BE" w14:textId="51516ED7" w:rsidR="00365E65" w:rsidRDefault="006A1DB8" w:rsidP="00365E65">
            <w:pPr>
              <w:ind w:right="4003"/>
              <w:rPr>
                <w:b/>
                <w:sz w:val="16"/>
              </w:rPr>
            </w:pPr>
            <w:r w:rsidRPr="00143D03">
              <w:rPr>
                <w:i/>
                <w:color w:val="7A7A7A"/>
              </w:rPr>
              <w:t xml:space="preserve"> </w:t>
            </w:r>
            <w:r w:rsidR="00365E65">
              <w:rPr>
                <w:sz w:val="16"/>
              </w:rPr>
              <w:t xml:space="preserve">☐ </w:t>
            </w:r>
            <w:proofErr w:type="spellStart"/>
            <w:r w:rsidR="00365E65">
              <w:rPr>
                <w:sz w:val="16"/>
              </w:rPr>
              <w:t>declar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că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înstiințarea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privind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începerea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execuției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lucrărilor</w:t>
            </w:r>
            <w:proofErr w:type="spellEnd"/>
            <w:r w:rsidR="00365E65">
              <w:rPr>
                <w:sz w:val="16"/>
              </w:rPr>
              <w:t xml:space="preserve"> nu a </w:t>
            </w:r>
            <w:proofErr w:type="spellStart"/>
            <w:r w:rsidR="00365E65">
              <w:rPr>
                <w:sz w:val="16"/>
              </w:rPr>
              <w:t>fost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depusă</w:t>
            </w:r>
            <w:proofErr w:type="spellEnd"/>
            <w:r w:rsidR="00365E65">
              <w:rPr>
                <w:sz w:val="16"/>
              </w:rPr>
              <w:t xml:space="preserve">.  </w:t>
            </w:r>
          </w:p>
        </w:tc>
      </w:tr>
    </w:tbl>
    <w:p w14:paraId="5FA71F8E" w14:textId="77777777" w:rsidR="00365E65" w:rsidRDefault="00365E65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FC030E" w:rsidRPr="00365E65" w14:paraId="30FF229B" w14:textId="77777777" w:rsidTr="00DE7AC0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544332C2" w14:textId="253C9B83" w:rsidR="00FC030E" w:rsidRPr="00365E65" w:rsidRDefault="00FC030E" w:rsidP="00DE7AC0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t>6. VALOAREA REALĂ A LUCRĂRILOR EXECUTATE</w:t>
            </w:r>
          </w:p>
        </w:tc>
      </w:tr>
      <w:tr w:rsidR="00FC030E" w14:paraId="20AF50DF" w14:textId="77777777" w:rsidTr="00DE7AC0">
        <w:trPr>
          <w:cantSplit/>
        </w:trPr>
        <w:tc>
          <w:tcPr>
            <w:tcW w:w="9606" w:type="dxa"/>
          </w:tcPr>
          <w:p w14:paraId="0CBA8DFA" w14:textId="77777777" w:rsidR="00FC030E" w:rsidRPr="00C25235" w:rsidRDefault="00FC030E" w:rsidP="00FC030E">
            <w:r>
              <w:rPr>
                <w:sz w:val="16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05942DD7" w14:textId="299B48C6" w:rsidR="00FC030E" w:rsidRPr="00143D03" w:rsidRDefault="00FC030E" w:rsidP="00B862D0">
            <w:pPr>
              <w:keepNext/>
              <w:rPr>
                <w:i/>
                <w:color w:val="7A7A7A"/>
              </w:rPr>
            </w:pPr>
            <w:proofErr w:type="spellStart"/>
            <w:r w:rsidRPr="00143D03">
              <w:rPr>
                <w:i/>
                <w:color w:val="7A7A7A"/>
              </w:rPr>
              <w:t>Valoarea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reală</w:t>
            </w:r>
            <w:proofErr w:type="spellEnd"/>
            <w:r w:rsidRPr="00143D03">
              <w:rPr>
                <w:i/>
                <w:color w:val="7A7A7A"/>
              </w:rPr>
              <w:t xml:space="preserve"> a </w:t>
            </w:r>
            <w:proofErr w:type="spellStart"/>
            <w:r w:rsidRPr="00143D03">
              <w:rPr>
                <w:i/>
                <w:color w:val="7A7A7A"/>
              </w:rPr>
              <w:t>lucrărilor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executate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este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valoarea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finală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fără</w:t>
            </w:r>
            <w:proofErr w:type="spellEnd"/>
            <w:r w:rsidRPr="00143D03">
              <w:rPr>
                <w:i/>
                <w:color w:val="7A7A7A"/>
              </w:rPr>
              <w:t xml:space="preserve"> TVA, a </w:t>
            </w:r>
            <w:proofErr w:type="spellStart"/>
            <w:r w:rsidRPr="00143D03">
              <w:rPr>
                <w:i/>
                <w:color w:val="7A7A7A"/>
              </w:rPr>
              <w:t>valorilor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executate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gramStart"/>
            <w:r w:rsidRPr="00143D03">
              <w:rPr>
                <w:i/>
                <w:color w:val="7A7A7A"/>
              </w:rPr>
              <w:t>conform  art.</w:t>
            </w:r>
            <w:proofErr w:type="gramEnd"/>
            <w:r w:rsidRPr="00143D03">
              <w:rPr>
                <w:i/>
                <w:color w:val="7A7A7A"/>
              </w:rPr>
              <w:t xml:space="preserve"> 352 din </w:t>
            </w:r>
            <w:proofErr w:type="spellStart"/>
            <w:r w:rsidRPr="00143D03">
              <w:rPr>
                <w:i/>
                <w:color w:val="7A7A7A"/>
              </w:rPr>
              <w:t>Codul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amenajării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teritoriului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urbanismului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şi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construcţiilor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în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vigoare</w:t>
            </w:r>
            <w:proofErr w:type="spellEnd"/>
            <w:r w:rsidRPr="00143D03">
              <w:rPr>
                <w:i/>
                <w:color w:val="7A7A7A"/>
              </w:rPr>
              <w:t xml:space="preserve"> de la 25.08.2026</w:t>
            </w:r>
          </w:p>
        </w:tc>
      </w:tr>
    </w:tbl>
    <w:p w14:paraId="030AE6C1" w14:textId="77777777" w:rsidR="00FC030E" w:rsidRDefault="00FC030E">
      <w:pPr>
        <w:spacing w:line="168" w:lineRule="auto"/>
      </w:pPr>
    </w:p>
    <w:p w14:paraId="259D2E99" w14:textId="77777777" w:rsidR="00365E65" w:rsidRDefault="00365E6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14:paraId="0B827F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FC09E37" w14:textId="79A06479" w:rsidR="0014338B" w:rsidRDefault="000E120E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FC030E">
              <w:rPr>
                <w:b/>
                <w:sz w:val="16"/>
              </w:rPr>
              <w:t>7</w:t>
            </w:r>
            <w:r>
              <w:rPr>
                <w:b/>
                <w:sz w:val="16"/>
              </w:rPr>
              <w:t xml:space="preserve">. </w:t>
            </w:r>
            <w:r w:rsidR="00365E65"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C25235" w:rsidRPr="00895605" w14:paraId="2099B500" w14:textId="77777777" w:rsidTr="00B862D0">
        <w:trPr>
          <w:cantSplit/>
          <w:trHeight w:val="2831"/>
        </w:trPr>
        <w:tc>
          <w:tcPr>
            <w:tcW w:w="9636" w:type="dxa"/>
          </w:tcPr>
          <w:p w14:paraId="2EE6BFB7" w14:textId="60A47592" w:rsidR="00C25235" w:rsidRPr="00143D03" w:rsidRDefault="00C25235" w:rsidP="00365E65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proofErr w:type="spellStart"/>
            <w:r w:rsidRPr="00143D03">
              <w:rPr>
                <w:b/>
                <w:color w:val="0D5F78"/>
              </w:rPr>
              <w:t>Dovada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achitării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cotei</w:t>
            </w:r>
            <w:proofErr w:type="spellEnd"/>
            <w:r w:rsidRPr="00143D03">
              <w:rPr>
                <w:b/>
                <w:color w:val="0D5F78"/>
              </w:rPr>
              <w:t xml:space="preserve"> de 0,1% din </w:t>
            </w:r>
            <w:proofErr w:type="spellStart"/>
            <w:r w:rsidRPr="00143D03">
              <w:rPr>
                <w:b/>
                <w:color w:val="0D5F78"/>
              </w:rPr>
              <w:t>valoarea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autorizate</w:t>
            </w:r>
            <w:proofErr w:type="spellEnd"/>
            <w:r w:rsidRPr="00143D03">
              <w:rPr>
                <w:b/>
                <w:color w:val="0D5F78"/>
              </w:rPr>
              <w:t xml:space="preserve"> (</w:t>
            </w:r>
            <w:proofErr w:type="spellStart"/>
            <w:r w:rsidRPr="00143D03">
              <w:rPr>
                <w:b/>
                <w:color w:val="0D5F78"/>
              </w:rPr>
              <w:t>inclusiv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diferențe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rezultate</w:t>
            </w:r>
            <w:proofErr w:type="spellEnd"/>
            <w:r w:rsidRPr="00143D03">
              <w:rPr>
                <w:b/>
                <w:color w:val="0D5F78"/>
              </w:rPr>
              <w:t xml:space="preserve"> ca </w:t>
            </w:r>
            <w:proofErr w:type="spellStart"/>
            <w:r w:rsidRPr="00143D03">
              <w:rPr>
                <w:b/>
                <w:color w:val="0D5F78"/>
              </w:rPr>
              <w:t>urmare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gramStart"/>
            <w:r w:rsidRPr="00143D03">
              <w:rPr>
                <w:b/>
                <w:color w:val="0D5F78"/>
              </w:rPr>
              <w:t>a</w:t>
            </w:r>
            <w:proofErr w:type="gram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actualizării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valorii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reale</w:t>
            </w:r>
            <w:proofErr w:type="spellEnd"/>
            <w:r w:rsidRPr="00143D03">
              <w:rPr>
                <w:b/>
                <w:color w:val="0D5F78"/>
              </w:rPr>
              <w:t xml:space="preserve">/finale a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executate</w:t>
            </w:r>
            <w:proofErr w:type="spellEnd"/>
            <w:r w:rsidRPr="00143D03">
              <w:rPr>
                <w:b/>
                <w:color w:val="0D5F78"/>
              </w:rPr>
              <w:t xml:space="preserve">), </w:t>
            </w:r>
            <w:proofErr w:type="spellStart"/>
            <w:r w:rsidRPr="00143D03">
              <w:rPr>
                <w:b/>
                <w:color w:val="0D5F78"/>
              </w:rPr>
              <w:t>în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conformitate</w:t>
            </w:r>
            <w:proofErr w:type="spellEnd"/>
            <w:r w:rsidRPr="00143D03">
              <w:rPr>
                <w:b/>
                <w:color w:val="0D5F78"/>
              </w:rPr>
              <w:t xml:space="preserve"> cu </w:t>
            </w:r>
            <w:proofErr w:type="spellStart"/>
            <w:r w:rsidRPr="00143D03">
              <w:rPr>
                <w:b/>
                <w:color w:val="0D5F78"/>
              </w:rPr>
              <w:t>prevederile</w:t>
            </w:r>
            <w:proofErr w:type="spellEnd"/>
            <w:r w:rsidRPr="00143D03">
              <w:rPr>
                <w:b/>
                <w:color w:val="0D5F78"/>
              </w:rPr>
              <w:t xml:space="preserve"> art.143 din </w:t>
            </w:r>
            <w:proofErr w:type="spellStart"/>
            <w:r w:rsidRPr="00143D03">
              <w:rPr>
                <w:b/>
                <w:color w:val="0D5F78"/>
              </w:rPr>
              <w:t>Codul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amenajării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teritoriului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urbanismului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şi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construcţiilor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în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vigoare</w:t>
            </w:r>
            <w:proofErr w:type="spellEnd"/>
            <w:r w:rsidRPr="00143D03">
              <w:rPr>
                <w:b/>
                <w:color w:val="0D5F78"/>
              </w:rPr>
              <w:t xml:space="preserve"> de la 25.08.2026.  </w:t>
            </w:r>
          </w:p>
          <w:p w14:paraId="2323C91A" w14:textId="7CFD9074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gramStart"/>
            <w:r w:rsidRPr="00895605">
              <w:rPr>
                <w:i/>
                <w:color w:val="7A7A7A"/>
                <w:lang w:val="fr-FR"/>
              </w:rPr>
              <w:t>copie</w:t>
            </w:r>
            <w:r>
              <w:rPr>
                <w:i/>
                <w:color w:val="7A7A7A"/>
                <w:lang w:val="fr-FR"/>
              </w:rPr>
              <w:t>;</w:t>
            </w:r>
            <w:proofErr w:type="gramEnd"/>
          </w:p>
          <w:p w14:paraId="61AE66DD" w14:textId="77777777" w:rsidR="00C25235" w:rsidRPr="00CC429A" w:rsidRDefault="00C25235" w:rsidP="00CC429A">
            <w:pPr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  <w:lang w:val="fr-FR"/>
              </w:rPr>
            </w:pPr>
            <w:proofErr w:type="spellStart"/>
            <w:r w:rsidRPr="00CC429A">
              <w:rPr>
                <w:b/>
                <w:color w:val="0D5F78"/>
                <w:lang w:val="fr-FR"/>
              </w:rPr>
              <w:t>Dovada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achitării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rezultate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CC429A">
              <w:rPr>
                <w:b/>
                <w:color w:val="0D5F78"/>
                <w:lang w:val="fr-FR"/>
              </w:rPr>
              <w:t>ca</w:t>
            </w:r>
            <w:proofErr w:type="gram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diferenţă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între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echivalentă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cotei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0,5%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aplicate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valorii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finale,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fără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TVA, 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executate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şi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virată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potrivit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prevederilor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art. 352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din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Codul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amenajării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teritoriului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urbanismului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şi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construcţiilor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în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vigoare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de la 25.08.2026</w:t>
            </w:r>
          </w:p>
          <w:p w14:paraId="5EBBFE29" w14:textId="508AEEF2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14:paraId="6D1257EA" w14:textId="524A22E3" w:rsidR="00C25235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C</w:t>
            </w:r>
            <w:r w:rsidRPr="00CC429A">
              <w:rPr>
                <w:b/>
                <w:color w:val="0D5F78"/>
                <w:lang w:val="fr-FR"/>
              </w:rPr>
              <w:t xml:space="preserve">artea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cartea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provizorie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sau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după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caz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buletinul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aflate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termen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titularului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autorizației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construire/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desființare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pentru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persoane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fizice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respectiv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certificatul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înregistrare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pentru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persoanele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juridice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.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Fără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dovada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identității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titularului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nu se va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înregistra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formularul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F</w:t>
            </w:r>
            <w:r>
              <w:rPr>
                <w:b/>
                <w:color w:val="0D5F78"/>
                <w:lang w:val="fr-FR"/>
              </w:rPr>
              <w:t>_A_1</w:t>
            </w:r>
            <w:r w:rsidR="00143D03">
              <w:rPr>
                <w:b/>
                <w:color w:val="0D5F78"/>
                <w:lang w:val="fr-FR"/>
              </w:rPr>
              <w:t>1</w:t>
            </w:r>
            <w:r>
              <w:rPr>
                <w:b/>
                <w:color w:val="0D5F78"/>
                <w:lang w:val="fr-FR"/>
              </w:rPr>
              <w:t xml:space="preserve">. </w:t>
            </w:r>
          </w:p>
          <w:p w14:paraId="309934A5" w14:textId="4543AE85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14:paraId="00856700" w14:textId="77777777" w:rsidR="00C25235" w:rsidRPr="00143D03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</w:rPr>
            </w:pPr>
            <w:proofErr w:type="spellStart"/>
            <w:r w:rsidRPr="00143D03">
              <w:rPr>
                <w:b/>
                <w:color w:val="0D5F78"/>
              </w:rPr>
              <w:t>Adresa</w:t>
            </w:r>
            <w:proofErr w:type="spellEnd"/>
            <w:r w:rsidRPr="00143D03">
              <w:rPr>
                <w:b/>
                <w:color w:val="0D5F78"/>
              </w:rPr>
              <w:t>/</w:t>
            </w:r>
            <w:proofErr w:type="spellStart"/>
            <w:r w:rsidRPr="00143D03">
              <w:rPr>
                <w:b/>
                <w:color w:val="0D5F78"/>
              </w:rPr>
              <w:t>Declarația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privind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valoarea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reală</w:t>
            </w:r>
            <w:proofErr w:type="spellEnd"/>
            <w:r w:rsidRPr="00143D03">
              <w:rPr>
                <w:b/>
                <w:color w:val="0D5F78"/>
              </w:rPr>
              <w:t xml:space="preserve"> a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executate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eliberată</w:t>
            </w:r>
            <w:proofErr w:type="spellEnd"/>
            <w:r w:rsidRPr="00143D03">
              <w:rPr>
                <w:b/>
                <w:color w:val="0D5F78"/>
              </w:rPr>
              <w:t xml:space="preserve"> de </w:t>
            </w:r>
            <w:proofErr w:type="spellStart"/>
            <w:r w:rsidRPr="00143D03">
              <w:rPr>
                <w:b/>
                <w:color w:val="0D5F78"/>
              </w:rPr>
              <w:t>emitentul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autorizației</w:t>
            </w:r>
            <w:proofErr w:type="spellEnd"/>
            <w:r w:rsidRPr="00143D03">
              <w:rPr>
                <w:b/>
                <w:color w:val="0D5F78"/>
              </w:rPr>
              <w:t>.</w:t>
            </w:r>
          </w:p>
          <w:p w14:paraId="20B02575" w14:textId="72DE76BA" w:rsidR="00B862D0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</w:tc>
      </w:tr>
    </w:tbl>
    <w:p w14:paraId="642661D9" w14:textId="77777777" w:rsidR="00FC030E" w:rsidRDefault="00FC030E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1574A" w:rsidRPr="00143D03" w14:paraId="2CAF1413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477D4AE5" w14:textId="475D0918" w:rsidR="0051574A" w:rsidRPr="00143D03" w:rsidRDefault="0051574A" w:rsidP="00DE7AC0">
            <w:pPr>
              <w:keepNext/>
              <w:rPr>
                <w:lang w:val="fr-FR"/>
              </w:rPr>
            </w:pPr>
            <w:r w:rsidRPr="00143D03">
              <w:rPr>
                <w:b/>
                <w:sz w:val="16"/>
                <w:lang w:val="fr-FR"/>
              </w:rPr>
              <w:t>7. OBIECTIV FINANȚAT DIN PROGRAME DE INVESTIȚII, DUPĂ CAZ</w:t>
            </w:r>
          </w:p>
        </w:tc>
      </w:tr>
      <w:tr w:rsidR="0051574A" w:rsidRPr="00143D03" w14:paraId="651335D5" w14:textId="77777777" w:rsidTr="00F33D43">
        <w:trPr>
          <w:cantSplit/>
          <w:trHeight w:val="510"/>
        </w:trPr>
        <w:tc>
          <w:tcPr>
            <w:tcW w:w="9636" w:type="dxa"/>
          </w:tcPr>
          <w:p w14:paraId="33ED1CCB" w14:textId="77777777" w:rsidR="0051574A" w:rsidRPr="00143D03" w:rsidRDefault="0051574A" w:rsidP="00DE7AC0">
            <w:pPr>
              <w:rPr>
                <w:lang w:val="fr-FR"/>
              </w:rPr>
            </w:pPr>
          </w:p>
          <w:p w14:paraId="0EF282C9" w14:textId="77777777" w:rsidR="0051574A" w:rsidRPr="00143D03" w:rsidRDefault="0051574A" w:rsidP="0051574A">
            <w:pPr>
              <w:pStyle w:val="ListParagraph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</w:t>
            </w:r>
            <w:r w:rsidRPr="00143D03">
              <w:rPr>
                <w:lang w:val="fr-FR"/>
              </w:rPr>
              <w:t>PNRR (</w:t>
            </w:r>
            <w:proofErr w:type="spellStart"/>
            <w:r w:rsidRPr="00143D03">
              <w:rPr>
                <w:lang w:val="fr-FR"/>
              </w:rPr>
              <w:t>Planul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Național</w:t>
            </w:r>
            <w:proofErr w:type="spellEnd"/>
            <w:r w:rsidRPr="00143D03">
              <w:rPr>
                <w:lang w:val="fr-FR"/>
              </w:rPr>
              <w:t xml:space="preserve"> de </w:t>
            </w:r>
            <w:proofErr w:type="spellStart"/>
            <w:r w:rsidRPr="00143D03">
              <w:rPr>
                <w:lang w:val="fr-FR"/>
              </w:rPr>
              <w:t>Redresare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și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Reziliență</w:t>
            </w:r>
            <w:proofErr w:type="spellEnd"/>
            <w:r w:rsidRPr="00143D03">
              <w:rPr>
                <w:lang w:val="fr-FR"/>
              </w:rPr>
              <w:t>)</w:t>
            </w:r>
          </w:p>
          <w:p w14:paraId="718E9247" w14:textId="27D46E68" w:rsidR="0051574A" w:rsidRPr="00143D03" w:rsidRDefault="0051574A" w:rsidP="0051574A">
            <w:pPr>
              <w:pStyle w:val="ListParagraph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>☐ PNDL (</w:t>
            </w:r>
            <w:proofErr w:type="spellStart"/>
            <w:r w:rsidRPr="00143D03">
              <w:rPr>
                <w:sz w:val="16"/>
                <w:lang w:val="fr-FR"/>
              </w:rPr>
              <w:t>Planul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Dezvoltare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Locală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058EACA7" w14:textId="1B9C4DB8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PNIAS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Anghel Saligny)</w:t>
            </w:r>
          </w:p>
          <w:p w14:paraId="4D8223B6" w14:textId="29947F06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PNDR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Dezvoltare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Rurală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14A0DAEE" w14:textId="7FB01D63"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Regional)</w:t>
            </w:r>
          </w:p>
          <w:p w14:paraId="79FB9FD1" w14:textId="1D247EA6"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Infrastructură</w:t>
            </w:r>
            <w:proofErr w:type="spellEnd"/>
            <w:r w:rsidRPr="0051574A">
              <w:rPr>
                <w:sz w:val="16"/>
              </w:rPr>
              <w:t xml:space="preserve"> Mare)</w:t>
            </w:r>
          </w:p>
          <w:p w14:paraId="452F2071" w14:textId="1598DA09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 CCRSR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consolidare</w:t>
            </w:r>
            <w:proofErr w:type="spellEnd"/>
            <w:r w:rsidRPr="00143D03">
              <w:rPr>
                <w:sz w:val="16"/>
                <w:lang w:val="fr-FR"/>
              </w:rPr>
              <w:t xml:space="preserve"> a </w:t>
            </w:r>
            <w:proofErr w:type="spellStart"/>
            <w:r w:rsidRPr="00143D03">
              <w:rPr>
                <w:sz w:val="16"/>
                <w:lang w:val="fr-FR"/>
              </w:rPr>
              <w:t>clădirilor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cu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risc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seismic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ridicat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3BFC7148" w14:textId="5FC438FE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PCLSCN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locuințe</w:t>
            </w:r>
            <w:proofErr w:type="spellEnd"/>
            <w:r w:rsidRPr="00143D03">
              <w:rPr>
                <w:sz w:val="16"/>
                <w:lang w:val="fr-FR"/>
              </w:rPr>
              <w:t xml:space="preserve"> sociale </w:t>
            </w:r>
            <w:proofErr w:type="spellStart"/>
            <w:r w:rsidRPr="00143D03">
              <w:rPr>
                <w:sz w:val="16"/>
                <w:lang w:val="fr-FR"/>
              </w:rPr>
              <w:t>și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necessitate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5E92B604" w14:textId="1DC43715"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național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multianual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privind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creșterea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performanței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energetice</w:t>
            </w:r>
            <w:proofErr w:type="spellEnd"/>
            <w:r w:rsidRPr="0051574A">
              <w:rPr>
                <w:sz w:val="16"/>
              </w:rPr>
              <w:t xml:space="preserve"> a </w:t>
            </w:r>
            <w:proofErr w:type="spellStart"/>
            <w:r w:rsidRPr="0051574A">
              <w:rPr>
                <w:sz w:val="16"/>
              </w:rPr>
              <w:t>blocurilor</w:t>
            </w:r>
            <w:proofErr w:type="spellEnd"/>
            <w:r w:rsidRPr="0051574A">
              <w:rPr>
                <w:sz w:val="16"/>
              </w:rPr>
              <w:t xml:space="preserve"> de </w:t>
            </w:r>
            <w:proofErr w:type="spellStart"/>
            <w:r w:rsidRPr="0051574A">
              <w:rPr>
                <w:sz w:val="16"/>
              </w:rPr>
              <w:t>locuințe</w:t>
            </w:r>
            <w:proofErr w:type="spellEnd"/>
            <w:r w:rsidRPr="0051574A">
              <w:rPr>
                <w:sz w:val="16"/>
              </w:rPr>
              <w:t>)</w:t>
            </w:r>
          </w:p>
          <w:p w14:paraId="3D5D8FA5" w14:textId="2A326A3A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 Mihail Cantacuzino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pentru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consolidarea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spitalelor</w:t>
            </w:r>
            <w:proofErr w:type="spellEnd"/>
            <w:r w:rsidRPr="00143D03">
              <w:rPr>
                <w:sz w:val="16"/>
                <w:lang w:val="fr-FR"/>
              </w:rPr>
              <w:t xml:space="preserve"> „Mihail Cantacuzino”)</w:t>
            </w:r>
          </w:p>
          <w:p w14:paraId="495C7EC3" w14:textId="30493979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CNI – MDLPA Program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Interes</w:t>
            </w:r>
            <w:proofErr w:type="spellEnd"/>
            <w:r w:rsidRPr="00143D03">
              <w:rPr>
                <w:sz w:val="16"/>
                <w:lang w:val="fr-FR"/>
              </w:rPr>
              <w:t xml:space="preserve"> Public </w:t>
            </w:r>
            <w:proofErr w:type="spellStart"/>
            <w:r w:rsidRPr="00143D03">
              <w:rPr>
                <w:sz w:val="16"/>
                <w:lang w:val="fr-FR"/>
              </w:rPr>
              <w:t>sau</w:t>
            </w:r>
            <w:proofErr w:type="spellEnd"/>
            <w:r w:rsidRPr="00143D03">
              <w:rPr>
                <w:sz w:val="16"/>
                <w:lang w:val="fr-FR"/>
              </w:rPr>
              <w:t xml:space="preserve"> Social</w:t>
            </w:r>
          </w:p>
          <w:p w14:paraId="7C77E62A" w14:textId="4A557346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ANL – MDLPA </w:t>
            </w:r>
            <w:proofErr w:type="spellStart"/>
            <w:r w:rsidRPr="00143D03">
              <w:rPr>
                <w:sz w:val="16"/>
                <w:lang w:val="fr-FR"/>
              </w:rPr>
              <w:t>Programe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locuințe</w:t>
            </w:r>
            <w:proofErr w:type="spellEnd"/>
          </w:p>
          <w:p w14:paraId="1EC5C59B" w14:textId="2B2D182D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CNAIR – </w:t>
            </w:r>
            <w:proofErr w:type="spellStart"/>
            <w:r w:rsidRPr="00143D03">
              <w:rPr>
                <w:sz w:val="16"/>
                <w:lang w:val="fr-FR"/>
              </w:rPr>
              <w:t>Ministerul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Transporturilor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și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Infrastructurii</w:t>
            </w:r>
            <w:proofErr w:type="spellEnd"/>
          </w:p>
          <w:p w14:paraId="47F07E2C" w14:textId="77777777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Alt program de </w:t>
            </w:r>
            <w:proofErr w:type="spellStart"/>
            <w:proofErr w:type="gram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>:</w:t>
            </w:r>
            <w:proofErr w:type="gramEnd"/>
            <w:r w:rsidRPr="00143D03">
              <w:rPr>
                <w:sz w:val="16"/>
                <w:lang w:val="fr-FR"/>
              </w:rPr>
              <w:t xml:space="preserve"> </w:t>
            </w:r>
          </w:p>
          <w:p w14:paraId="243A97F6" w14:textId="702530A1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proofErr w:type="spellStart"/>
            <w:r w:rsidRPr="0051574A">
              <w:rPr>
                <w:i/>
                <w:color w:val="7A7A7A"/>
                <w:lang w:val="fr-FR"/>
              </w:rPr>
              <w:t>Numele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programului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         </w:t>
            </w:r>
            <w:proofErr w:type="gramStart"/>
            <w:r w:rsidRPr="00143D03">
              <w:rPr>
                <w:sz w:val="16"/>
                <w:lang w:val="fr-FR"/>
              </w:rPr>
              <w:t xml:space="preserve">  .</w:t>
            </w:r>
            <w:proofErr w:type="gramEnd"/>
          </w:p>
          <w:p w14:paraId="1A485C8C" w14:textId="0890102C" w:rsidR="0051574A" w:rsidRPr="00143D03" w:rsidRDefault="0051574A" w:rsidP="00DE7AC0">
            <w:pPr>
              <w:rPr>
                <w:lang w:val="fr-FR"/>
              </w:rPr>
            </w:pPr>
          </w:p>
        </w:tc>
      </w:tr>
    </w:tbl>
    <w:p w14:paraId="62C555E6" w14:textId="77777777" w:rsidR="0051574A" w:rsidRPr="00895605" w:rsidRDefault="0051574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4338B" w14:paraId="40183A3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E5EF3F" w14:textId="3FA053A7" w:rsidR="0014338B" w:rsidRDefault="000E120E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 w:rsidR="00C330B3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4338B" w14:paraId="1944DB6E" w14:textId="77777777">
        <w:trPr>
          <w:cantSplit/>
          <w:trHeight w:val="510"/>
        </w:trPr>
        <w:tc>
          <w:tcPr>
            <w:tcW w:w="1606" w:type="dxa"/>
          </w:tcPr>
          <w:p w14:paraId="7C7D892B" w14:textId="77777777" w:rsidR="0014338B" w:rsidRDefault="000E120E">
            <w:r>
              <w:rPr>
                <w:b/>
                <w:color w:val="0D5F78"/>
              </w:rPr>
              <w:t>Data</w:t>
            </w:r>
          </w:p>
          <w:p w14:paraId="7704443C" w14:textId="77777777" w:rsidR="0014338B" w:rsidRDefault="0014338B"/>
        </w:tc>
        <w:tc>
          <w:tcPr>
            <w:tcW w:w="4818" w:type="dxa"/>
          </w:tcPr>
          <w:p w14:paraId="79BA9752" w14:textId="77777777" w:rsidR="0014338B" w:rsidRDefault="000E120E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64C29CA" w14:textId="77777777" w:rsidR="0014338B" w:rsidRDefault="0014338B"/>
        </w:tc>
        <w:tc>
          <w:tcPr>
            <w:tcW w:w="3212" w:type="dxa"/>
          </w:tcPr>
          <w:p w14:paraId="32EBEDBF" w14:textId="77777777" w:rsidR="0014338B" w:rsidRDefault="000E120E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00C772E" w14:textId="77777777" w:rsidR="0014338B" w:rsidRDefault="0014338B"/>
        </w:tc>
      </w:tr>
    </w:tbl>
    <w:p w14:paraId="01A2DBE3" w14:textId="77777777" w:rsidR="0014338B" w:rsidRDefault="0014338B">
      <w:pPr>
        <w:spacing w:line="168" w:lineRule="auto"/>
      </w:pPr>
    </w:p>
    <w:p w14:paraId="49999EF0" w14:textId="77777777" w:rsidR="0014338B" w:rsidRDefault="0014338B">
      <w:pPr>
        <w:spacing w:line="168" w:lineRule="auto"/>
        <w:rPr>
          <w:lang w:val="fr-FR"/>
        </w:rPr>
      </w:pPr>
    </w:p>
    <w:p w14:paraId="10653766" w14:textId="77777777" w:rsidR="00FB057B" w:rsidRDefault="00FB057B">
      <w:pPr>
        <w:spacing w:line="168" w:lineRule="auto"/>
        <w:rPr>
          <w:lang w:val="fr-FR"/>
        </w:rPr>
      </w:pPr>
    </w:p>
    <w:p w14:paraId="2753428A" w14:textId="696B4A4A" w:rsidR="00FB057B" w:rsidRPr="00895605" w:rsidRDefault="00FB057B" w:rsidP="0095442A">
      <w:pPr>
        <w:spacing w:after="200" w:line="276" w:lineRule="auto"/>
        <w:rPr>
          <w:lang w:val="fr-FR"/>
        </w:rPr>
      </w:pPr>
    </w:p>
    <w:sectPr w:rsidR="00FB057B" w:rsidRPr="00895605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5D0D7" w14:textId="77777777" w:rsidR="002A57DF" w:rsidRDefault="002A57DF">
      <w:r>
        <w:separator/>
      </w:r>
    </w:p>
  </w:endnote>
  <w:endnote w:type="continuationSeparator" w:id="0">
    <w:p w14:paraId="59255983" w14:textId="77777777" w:rsidR="002A57DF" w:rsidRDefault="002A5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D87B9" w14:textId="152984AD" w:rsidR="0014338B" w:rsidRDefault="000E120E">
    <w:pPr>
      <w:pStyle w:val="Footer"/>
      <w:tabs>
        <w:tab w:val="right" w:pos="9639"/>
      </w:tabs>
    </w:pPr>
    <w:r>
      <w:rPr>
        <w:color w:val="595959"/>
      </w:rPr>
      <w:t>F_A_1</w:t>
    </w:r>
    <w:r w:rsidR="00143D03">
      <w:rPr>
        <w:color w:val="595959"/>
      </w:rPr>
      <w:t>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6114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6114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88C7F" w14:textId="77777777" w:rsidR="002A57DF" w:rsidRDefault="002A57DF">
      <w:r>
        <w:separator/>
      </w:r>
    </w:p>
  </w:footnote>
  <w:footnote w:type="continuationSeparator" w:id="0">
    <w:p w14:paraId="4C902650" w14:textId="77777777" w:rsidR="002A57DF" w:rsidRDefault="002A5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42592" w14:textId="5AC80556" w:rsidR="00143D03" w:rsidRDefault="00143D03" w:rsidP="00143D03">
    <w:pPr>
      <w:pStyle w:val="Header"/>
      <w:rPr>
        <w:color w:val="595959"/>
      </w:rPr>
    </w:pPr>
  </w:p>
  <w:p w14:paraId="0BF74728" w14:textId="77777777" w:rsidR="00143D03" w:rsidRPr="00143D03" w:rsidRDefault="00143D03" w:rsidP="00143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D660D7"/>
    <w:multiLevelType w:val="hybridMultilevel"/>
    <w:tmpl w:val="E12E53EE"/>
    <w:lvl w:ilvl="0" w:tplc="21D4458C">
      <w:start w:val="1"/>
      <w:numFmt w:val="decimal"/>
      <w:lvlText w:val="%1."/>
      <w:lvlJc w:val="left"/>
      <w:pPr>
        <w:ind w:left="28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68DFF0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3C790A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0CC18C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A683A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589C5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E8D23A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C4BD5E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96496E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27B71F3"/>
    <w:multiLevelType w:val="hybridMultilevel"/>
    <w:tmpl w:val="B030A46C"/>
    <w:lvl w:ilvl="0" w:tplc="73260380">
      <w:start w:val="1"/>
      <w:numFmt w:val="decimal"/>
      <w:lvlText w:val="%1."/>
      <w:lvlJc w:val="left"/>
      <w:pPr>
        <w:ind w:left="426"/>
      </w:pPr>
      <w:rPr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F2358D2"/>
    <w:multiLevelType w:val="hybridMultilevel"/>
    <w:tmpl w:val="8390C64C"/>
    <w:lvl w:ilvl="0" w:tplc="D6169258">
      <w:start w:val="1"/>
      <w:numFmt w:val="bullet"/>
      <w:lvlText w:val="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52E94E">
      <w:start w:val="1"/>
      <w:numFmt w:val="bullet"/>
      <w:lvlText w:val="o"/>
      <w:lvlJc w:val="left"/>
      <w:pPr>
        <w:ind w:left="11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C63D8E">
      <w:start w:val="1"/>
      <w:numFmt w:val="bullet"/>
      <w:lvlText w:val="▪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1639EC">
      <w:start w:val="1"/>
      <w:numFmt w:val="bullet"/>
      <w:lvlText w:val="•"/>
      <w:lvlJc w:val="left"/>
      <w:pPr>
        <w:ind w:left="25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80F3E">
      <w:start w:val="1"/>
      <w:numFmt w:val="bullet"/>
      <w:lvlText w:val="o"/>
      <w:lvlJc w:val="left"/>
      <w:pPr>
        <w:ind w:left="3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12CFA6">
      <w:start w:val="1"/>
      <w:numFmt w:val="bullet"/>
      <w:lvlText w:val="▪"/>
      <w:lvlJc w:val="left"/>
      <w:pPr>
        <w:ind w:left="40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042C92">
      <w:start w:val="1"/>
      <w:numFmt w:val="bullet"/>
      <w:lvlText w:val="•"/>
      <w:lvlJc w:val="left"/>
      <w:pPr>
        <w:ind w:left="47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00F800">
      <w:start w:val="1"/>
      <w:numFmt w:val="bullet"/>
      <w:lvlText w:val="o"/>
      <w:lvlJc w:val="left"/>
      <w:pPr>
        <w:ind w:left="54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E8E196">
      <w:start w:val="1"/>
      <w:numFmt w:val="bullet"/>
      <w:lvlText w:val="▪"/>
      <w:lvlJc w:val="left"/>
      <w:pPr>
        <w:ind w:left="61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00A6E28"/>
    <w:multiLevelType w:val="hybridMultilevel"/>
    <w:tmpl w:val="A24EFFCE"/>
    <w:lvl w:ilvl="0" w:tplc="2B64F54C">
      <w:start w:val="1"/>
      <w:numFmt w:val="decimal"/>
      <w:lvlText w:val="%1)"/>
      <w:lvlJc w:val="left"/>
      <w:pPr>
        <w:ind w:left="42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A92A8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30AE94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70ACF2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D05F7E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70B910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422DD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F2F302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100C6A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81396">
    <w:abstractNumId w:val="8"/>
  </w:num>
  <w:num w:numId="2" w16cid:durableId="2048793777">
    <w:abstractNumId w:val="6"/>
  </w:num>
  <w:num w:numId="3" w16cid:durableId="2146241985">
    <w:abstractNumId w:val="5"/>
  </w:num>
  <w:num w:numId="4" w16cid:durableId="998116667">
    <w:abstractNumId w:val="4"/>
  </w:num>
  <w:num w:numId="5" w16cid:durableId="156657561">
    <w:abstractNumId w:val="7"/>
  </w:num>
  <w:num w:numId="6" w16cid:durableId="560167168">
    <w:abstractNumId w:val="3"/>
  </w:num>
  <w:num w:numId="7" w16cid:durableId="1986815644">
    <w:abstractNumId w:val="2"/>
  </w:num>
  <w:num w:numId="8" w16cid:durableId="1647586699">
    <w:abstractNumId w:val="1"/>
  </w:num>
  <w:num w:numId="9" w16cid:durableId="406996660">
    <w:abstractNumId w:val="0"/>
  </w:num>
  <w:num w:numId="10" w16cid:durableId="1562133094">
    <w:abstractNumId w:val="9"/>
  </w:num>
  <w:num w:numId="11" w16cid:durableId="1326589301">
    <w:abstractNumId w:val="13"/>
  </w:num>
  <w:num w:numId="12" w16cid:durableId="1219440744">
    <w:abstractNumId w:val="12"/>
  </w:num>
  <w:num w:numId="13" w16cid:durableId="1035890188">
    <w:abstractNumId w:val="11"/>
  </w:num>
  <w:num w:numId="14" w16cid:durableId="12436784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C43"/>
    <w:rsid w:val="0002124A"/>
    <w:rsid w:val="00034616"/>
    <w:rsid w:val="0006063C"/>
    <w:rsid w:val="000622EF"/>
    <w:rsid w:val="00071E24"/>
    <w:rsid w:val="000E120E"/>
    <w:rsid w:val="00136D83"/>
    <w:rsid w:val="0014338B"/>
    <w:rsid w:val="00143D03"/>
    <w:rsid w:val="0015074B"/>
    <w:rsid w:val="00161142"/>
    <w:rsid w:val="0029639D"/>
    <w:rsid w:val="002A57DF"/>
    <w:rsid w:val="0031695F"/>
    <w:rsid w:val="00326F90"/>
    <w:rsid w:val="003301A7"/>
    <w:rsid w:val="00365E65"/>
    <w:rsid w:val="00421863"/>
    <w:rsid w:val="00442B61"/>
    <w:rsid w:val="004A4CBC"/>
    <w:rsid w:val="004E233A"/>
    <w:rsid w:val="0051574A"/>
    <w:rsid w:val="005903A8"/>
    <w:rsid w:val="005C403B"/>
    <w:rsid w:val="006A1DB8"/>
    <w:rsid w:val="006D7C9B"/>
    <w:rsid w:val="00765D3C"/>
    <w:rsid w:val="00782BA8"/>
    <w:rsid w:val="007B0A4D"/>
    <w:rsid w:val="00895605"/>
    <w:rsid w:val="0091423B"/>
    <w:rsid w:val="0095442A"/>
    <w:rsid w:val="009A44BD"/>
    <w:rsid w:val="009C25E8"/>
    <w:rsid w:val="009D2314"/>
    <w:rsid w:val="00A205F1"/>
    <w:rsid w:val="00AA1D8D"/>
    <w:rsid w:val="00B11050"/>
    <w:rsid w:val="00B35B08"/>
    <w:rsid w:val="00B47730"/>
    <w:rsid w:val="00B56B5D"/>
    <w:rsid w:val="00B862D0"/>
    <w:rsid w:val="00C25235"/>
    <w:rsid w:val="00C330B3"/>
    <w:rsid w:val="00C75A7A"/>
    <w:rsid w:val="00CB0664"/>
    <w:rsid w:val="00CC429A"/>
    <w:rsid w:val="00D028DE"/>
    <w:rsid w:val="00DE33CD"/>
    <w:rsid w:val="00DF3A5F"/>
    <w:rsid w:val="00E61A6B"/>
    <w:rsid w:val="00F74426"/>
    <w:rsid w:val="00FB057B"/>
    <w:rsid w:val="00FC03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73651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5tlu1">
    <w:name w:val="l5tlu1"/>
    <w:rsid w:val="00365E65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523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5235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52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F168BF-C294-4AC9-B6A9-087348582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Munteanu</dc:creator>
  <cp:keywords/>
  <cp:lastModifiedBy>Cristian ROSU</cp:lastModifiedBy>
  <cp:revision>2</cp:revision>
  <dcterms:created xsi:type="dcterms:W3CDTF">2026-09-04T09:45:00Z</dcterms:created>
  <dcterms:modified xsi:type="dcterms:W3CDTF">2026-09-04T09:45:00Z</dcterms:modified>
  <cp:category/>
</cp:coreProperties>
</file>