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B238F" w14:paraId="12519C98" w14:textId="77777777" w:rsidTr="00D145C9">
        <w:trPr>
          <w:cantSplit/>
          <w:trHeight w:val="510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787E9CF6" w14:textId="041179C8" w:rsidR="003B238F" w:rsidRDefault="003B238F" w:rsidP="00D145C9">
            <w:pPr>
              <w:keepNext/>
              <w:jc w:val="center"/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2C588168" w14:textId="77777777" w:rsidR="003B238F" w:rsidRDefault="003B238F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A693CE2" w14:textId="77777777" w:rsidR="003B238F" w:rsidRDefault="003B238F" w:rsidP="00D145C9">
            <w:pPr>
              <w:keepNext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BACĂU</w:t>
            </w:r>
          </w:p>
        </w:tc>
      </w:tr>
      <w:tr w:rsidR="003B238F" w14:paraId="744BC5D9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5FF13BAC" w14:textId="77777777" w:rsidR="003B238F" w:rsidRDefault="003B238F" w:rsidP="00D145C9"/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48B2820" w14:textId="77777777" w:rsidR="003B238F" w:rsidRDefault="003B238F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298F2A05" w14:textId="061B0726" w:rsidR="003B238F" w:rsidRDefault="00B2755B" w:rsidP="00D145C9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3B238F" w14:paraId="229339DB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19F21357" w14:textId="77777777" w:rsidR="003B238F" w:rsidRDefault="003B238F" w:rsidP="00D145C9"/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76DCADAB" w14:textId="77777777" w:rsidR="003B238F" w:rsidRDefault="003B238F" w:rsidP="00D145C9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D5F78"/>
                <w:lang w:val="fr-FR"/>
              </w:rPr>
              <w:t>identificare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fiscală</w:t>
            </w:r>
            <w:proofErr w:type="spellEnd"/>
            <w:r>
              <w:rPr>
                <w:b/>
                <w:color w:val="0D5F78"/>
                <w:lang w:val="fr-FR"/>
              </w:rPr>
              <w:t xml:space="preserve"> (CIF)</w:t>
            </w:r>
          </w:p>
          <w:p w14:paraId="0AFF7AC0" w14:textId="1356FA39" w:rsidR="003B238F" w:rsidRDefault="00B2755B" w:rsidP="00D145C9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0614D485" w14:textId="77777777" w:rsidR="003B238F" w:rsidRDefault="003B238F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6829B1B4" w14:textId="68D0E356" w:rsidR="003B238F" w:rsidRDefault="00B2755B" w:rsidP="00D145C9">
            <w:pPr>
              <w:keepNext/>
              <w:rPr>
                <w:sz w:val="18"/>
                <w:szCs w:val="18"/>
              </w:rPr>
            </w:pP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Comuna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Nicolae Bălcescu, sat Nicolae Bălcescu,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strada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Eroilor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, nr.380,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județul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Bacău, tel.0234214071, email: registratura@primaria-nicolae-balcescu.ro</w:t>
            </w:r>
            <w:r w:rsidR="003B238F">
              <w:rPr>
                <w:i/>
                <w:color w:val="7A7A7A"/>
                <w:sz w:val="18"/>
                <w:szCs w:val="18"/>
              </w:rPr>
              <w:t xml:space="preserve"> </w:t>
            </w:r>
          </w:p>
        </w:tc>
      </w:tr>
      <w:tr w:rsidR="003B238F" w14:paraId="46C0D2D5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051F5CE1" w14:textId="77777777" w:rsidR="003B238F" w:rsidRDefault="003B238F" w:rsidP="00D145C9"/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1F3AE0CF" w14:textId="77777777" w:rsidR="003B238F" w:rsidRDefault="003B238F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CF1A1A" w14:textId="77777777" w:rsidR="003B238F" w:rsidRDefault="003B238F" w:rsidP="00D145C9">
            <w:pPr>
              <w:keepNext/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14291411" w14:textId="77777777" w:rsidR="003B238F" w:rsidRDefault="003B238F" w:rsidP="00D145C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06F381A2" w14:textId="77777777" w:rsidR="003B238F" w:rsidRDefault="003B238F" w:rsidP="00D145C9">
            <w:pPr>
              <w:keepNext/>
            </w:pPr>
          </w:p>
        </w:tc>
      </w:tr>
      <w:tr w:rsidR="003B238F" w14:paraId="3561D063" w14:textId="77777777" w:rsidTr="00D145C9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6E650AF2" w14:textId="77777777" w:rsidR="003B238F" w:rsidRDefault="003B238F" w:rsidP="00D145C9">
            <w:pPr>
              <w:rPr>
                <w:lang w:val="fr-FR"/>
              </w:rPr>
            </w:pPr>
            <w:r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>
              <w:rPr>
                <w:i/>
                <w:color w:val="595959"/>
                <w:lang w:val="fr-FR"/>
              </w:rPr>
              <w:t>se</w:t>
            </w:r>
            <w:proofErr w:type="gram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F5A4CDF" w14:textId="77777777" w:rsidR="00A11ECC" w:rsidRPr="00182EDC" w:rsidRDefault="00403698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403698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începerea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403698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 w:rsidTr="00CD5855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403698" w:rsidP="00CD5855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00B15837" w14:textId="21CB8319" w:rsidR="003B238F" w:rsidRPr="005A1E13" w:rsidRDefault="00B2755B" w:rsidP="00CD5855">
            <w:pPr>
              <w:keepNext/>
              <w:rPr>
                <w:color w:val="000000" w:themeColor="text1"/>
                <w:sz w:val="22"/>
                <w:lang w:val="fr-FR"/>
              </w:rPr>
            </w:pPr>
            <w:proofErr w:type="spellStart"/>
            <w:r>
              <w:rPr>
                <w:color w:val="000000" w:themeColor="text1"/>
                <w:sz w:val="22"/>
                <w:lang w:val="fr-FR"/>
              </w:rPr>
              <w:t>Primarul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lang w:val="fr-FR"/>
              </w:rPr>
              <w:t>comunei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Nicolae Bălcescu</w:t>
            </w:r>
          </w:p>
          <w:p w14:paraId="5641DACE" w14:textId="77777777" w:rsidR="00A11ECC" w:rsidRPr="00E6757A" w:rsidRDefault="00A11ECC" w:rsidP="00CD5855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403698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403698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40369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40369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40369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40369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40369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40369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40369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40369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40369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40369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403698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403698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403698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403698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40369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403698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40369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403698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403698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403698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403698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40369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40369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40369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40369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403698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403698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40369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40369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403698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40369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40369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403698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94F39" w14:textId="77777777" w:rsidR="00A95B5B" w:rsidRDefault="00A95B5B">
      <w:r>
        <w:separator/>
      </w:r>
    </w:p>
  </w:endnote>
  <w:endnote w:type="continuationSeparator" w:id="0">
    <w:p w14:paraId="21D0E111" w14:textId="77777777" w:rsidR="00A95B5B" w:rsidRDefault="00A9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1517F63C" w:rsidR="00A11ECC" w:rsidRDefault="00403698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D585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D5855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4F7F3" w14:textId="77777777" w:rsidR="00A95B5B" w:rsidRDefault="00A95B5B">
      <w:r>
        <w:separator/>
      </w:r>
    </w:p>
  </w:footnote>
  <w:footnote w:type="continuationSeparator" w:id="0">
    <w:p w14:paraId="1EBC2FC0" w14:textId="77777777" w:rsidR="00A95B5B" w:rsidRDefault="00A95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5272948">
    <w:abstractNumId w:val="8"/>
  </w:num>
  <w:num w:numId="2" w16cid:durableId="1209412232">
    <w:abstractNumId w:val="6"/>
  </w:num>
  <w:num w:numId="3" w16cid:durableId="1247036934">
    <w:abstractNumId w:val="5"/>
  </w:num>
  <w:num w:numId="4" w16cid:durableId="844981287">
    <w:abstractNumId w:val="4"/>
  </w:num>
  <w:num w:numId="5" w16cid:durableId="1817794739">
    <w:abstractNumId w:val="7"/>
  </w:num>
  <w:num w:numId="6" w16cid:durableId="1950551376">
    <w:abstractNumId w:val="3"/>
  </w:num>
  <w:num w:numId="7" w16cid:durableId="896478148">
    <w:abstractNumId w:val="2"/>
  </w:num>
  <w:num w:numId="8" w16cid:durableId="2092968135">
    <w:abstractNumId w:val="1"/>
  </w:num>
  <w:num w:numId="9" w16cid:durableId="268858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3B238F"/>
    <w:rsid w:val="00403698"/>
    <w:rsid w:val="006C103E"/>
    <w:rsid w:val="00870DAF"/>
    <w:rsid w:val="009A44BD"/>
    <w:rsid w:val="00A11ECC"/>
    <w:rsid w:val="00A95B5B"/>
    <w:rsid w:val="00AA1D8D"/>
    <w:rsid w:val="00B2755B"/>
    <w:rsid w:val="00B47730"/>
    <w:rsid w:val="00CB0664"/>
    <w:rsid w:val="00CD5855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118F05-EC6F-4DAA-A299-09F4B98D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2</cp:revision>
  <dcterms:created xsi:type="dcterms:W3CDTF">2026-09-04T09:52:00Z</dcterms:created>
  <dcterms:modified xsi:type="dcterms:W3CDTF">2026-09-04T09:52:00Z</dcterms:modified>
  <cp:category/>
</cp:coreProperties>
</file>