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A2F39" w14:textId="77777777" w:rsidR="00D06E85" w:rsidRDefault="001F6F9D">
      <w:pPr>
        <w:spacing w:after="160"/>
        <w:jc w:val="both"/>
      </w:pPr>
      <w:proofErr w:type="spellStart"/>
      <w:r>
        <w:rPr>
          <w:b/>
          <w:sz w:val="17"/>
        </w:rPr>
        <w:t>Declarația</w:t>
      </w:r>
      <w:proofErr w:type="spellEnd"/>
      <w:r>
        <w:rPr>
          <w:b/>
          <w:sz w:val="17"/>
        </w:rPr>
        <w:t xml:space="preserve"> pe propria </w:t>
      </w:r>
      <w:proofErr w:type="spellStart"/>
      <w:r>
        <w:rPr>
          <w:b/>
          <w:sz w:val="17"/>
        </w:rPr>
        <w:t>răspundere</w:t>
      </w:r>
      <w:proofErr w:type="spellEnd"/>
      <w:r>
        <w:rPr>
          <w:b/>
          <w:sz w:val="17"/>
        </w:rPr>
        <w:t xml:space="preserve"> care se </w:t>
      </w:r>
      <w:proofErr w:type="spellStart"/>
      <w:r>
        <w:rPr>
          <w:b/>
          <w:sz w:val="17"/>
        </w:rPr>
        <w:t>depune</w:t>
      </w:r>
      <w:proofErr w:type="spellEnd"/>
      <w:r>
        <w:rPr>
          <w:b/>
          <w:sz w:val="17"/>
        </w:rPr>
        <w:t xml:space="preserve"> conform </w:t>
      </w:r>
      <w:proofErr w:type="spellStart"/>
      <w:r>
        <w:rPr>
          <w:b/>
          <w:sz w:val="17"/>
        </w:rPr>
        <w:t>prevederilor</w:t>
      </w:r>
      <w:proofErr w:type="spellEnd"/>
      <w:r>
        <w:rPr>
          <w:b/>
          <w:sz w:val="17"/>
        </w:rPr>
        <w:t xml:space="preserve"> art. 93 </w:t>
      </w:r>
      <w:proofErr w:type="spellStart"/>
      <w:r>
        <w:rPr>
          <w:b/>
          <w:sz w:val="17"/>
        </w:rPr>
        <w:t>alin</w:t>
      </w:r>
      <w:proofErr w:type="spellEnd"/>
      <w:r>
        <w:rPr>
          <w:b/>
          <w:sz w:val="17"/>
        </w:rPr>
        <w:t xml:space="preserve">. (4), art. 262 </w:t>
      </w:r>
      <w:proofErr w:type="spellStart"/>
      <w:r>
        <w:rPr>
          <w:b/>
          <w:sz w:val="17"/>
        </w:rPr>
        <w:t>alin</w:t>
      </w:r>
      <w:proofErr w:type="spellEnd"/>
      <w:r>
        <w:rPr>
          <w:b/>
          <w:sz w:val="17"/>
        </w:rPr>
        <w:t xml:space="preserve">. (1) lit. m) </w:t>
      </w:r>
      <w:proofErr w:type="spellStart"/>
      <w:r>
        <w:rPr>
          <w:b/>
          <w:sz w:val="17"/>
        </w:rPr>
        <w:t>și</w:t>
      </w:r>
      <w:proofErr w:type="spellEnd"/>
      <w:r>
        <w:rPr>
          <w:b/>
          <w:sz w:val="17"/>
        </w:rPr>
        <w:t xml:space="preserve"> art. 269 </w:t>
      </w:r>
      <w:proofErr w:type="spellStart"/>
      <w:r>
        <w:rPr>
          <w:b/>
          <w:sz w:val="17"/>
        </w:rPr>
        <w:t>alin</w:t>
      </w:r>
      <w:proofErr w:type="spellEnd"/>
      <w:r>
        <w:rPr>
          <w:b/>
          <w:sz w:val="17"/>
        </w:rPr>
        <w:t xml:space="preserve">. (16) din Legea nr. 169/2026 </w:t>
      </w:r>
      <w:proofErr w:type="spellStart"/>
      <w:r>
        <w:rPr>
          <w:b/>
          <w:sz w:val="17"/>
        </w:rPr>
        <w:t>privind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Codul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Amenajării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Teritoriului</w:t>
      </w:r>
      <w:proofErr w:type="spellEnd"/>
      <w:r>
        <w:rPr>
          <w:b/>
          <w:sz w:val="17"/>
        </w:rPr>
        <w:t xml:space="preserve">, </w:t>
      </w:r>
      <w:proofErr w:type="spellStart"/>
      <w:r>
        <w:rPr>
          <w:b/>
          <w:sz w:val="17"/>
        </w:rPr>
        <w:t>Urbanismului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și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Construcțiilor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C105D" w14:paraId="679DFF3B" w14:textId="77777777" w:rsidTr="003438FD">
        <w:trPr>
          <w:cantSplit/>
          <w:trHeight w:val="510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3AE7F9F8" w14:textId="443CE472" w:rsidR="00DC105D" w:rsidRDefault="00DC105D" w:rsidP="00D145C9">
            <w:pPr>
              <w:keepNext/>
              <w:jc w:val="center"/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706D6333" w14:textId="77777777" w:rsidR="00DC105D" w:rsidRDefault="00DC105D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F83A000" w14:textId="77777777" w:rsidR="00DC105D" w:rsidRDefault="00DC105D" w:rsidP="00D145C9">
            <w:pPr>
              <w:keepNext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BACĂU</w:t>
            </w:r>
          </w:p>
        </w:tc>
      </w:tr>
      <w:tr w:rsidR="00DC105D" w14:paraId="736F5ACA" w14:textId="77777777" w:rsidTr="003438FD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33557578" w14:textId="77777777" w:rsidR="00DC105D" w:rsidRDefault="00DC105D" w:rsidP="00D145C9"/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708839CF" w14:textId="77777777" w:rsidR="00DC105D" w:rsidRDefault="00DC105D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351EA366" w14:textId="1111594B" w:rsidR="00DC105D" w:rsidRDefault="00CC4B60" w:rsidP="00D145C9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DC105D" w14:paraId="6CF09033" w14:textId="77777777" w:rsidTr="003438FD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11FAF651" w14:textId="77777777" w:rsidR="00DC105D" w:rsidRDefault="00DC105D" w:rsidP="00D145C9"/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3C82983" w14:textId="77777777" w:rsidR="00DC105D" w:rsidRDefault="00DC105D" w:rsidP="00D145C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D5F78"/>
                <w:lang w:val="fr-FR"/>
              </w:rPr>
              <w:t>identificare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fiscală</w:t>
            </w:r>
            <w:proofErr w:type="spellEnd"/>
            <w:r>
              <w:rPr>
                <w:b/>
                <w:color w:val="0D5F78"/>
                <w:lang w:val="fr-FR"/>
              </w:rPr>
              <w:t xml:space="preserve"> (CIF)</w:t>
            </w:r>
          </w:p>
          <w:p w14:paraId="10ED6740" w14:textId="7A8D7242" w:rsidR="00DC105D" w:rsidRDefault="00CC4B60" w:rsidP="00D145C9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7E9EC1DC" w14:textId="77777777" w:rsidR="00DC105D" w:rsidRDefault="00DC105D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B801D4B" w14:textId="50ABD548" w:rsidR="00DC105D" w:rsidRDefault="00CC4B60" w:rsidP="00D145C9">
            <w:pPr>
              <w:keepNext/>
              <w:rPr>
                <w:sz w:val="18"/>
                <w:szCs w:val="18"/>
              </w:rPr>
            </w:pP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Comuna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Nicolae Bălcescu, sat Nicolae Bălcescu,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strada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Eroilor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, nr.380,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județul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Bacău, tel.0234214071, email: registratura@primaria-nicolae-balcescu.ro</w:t>
            </w:r>
            <w:r w:rsidR="00DC105D">
              <w:rPr>
                <w:i/>
                <w:color w:val="7A7A7A"/>
                <w:sz w:val="18"/>
                <w:szCs w:val="18"/>
              </w:rPr>
              <w:t xml:space="preserve"> </w:t>
            </w:r>
          </w:p>
        </w:tc>
      </w:tr>
      <w:tr w:rsidR="00DC105D" w14:paraId="24E51864" w14:textId="77777777" w:rsidTr="003438FD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63D8D914" w14:textId="77777777" w:rsidR="00DC105D" w:rsidRDefault="00DC105D" w:rsidP="00D145C9"/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110CCB7B" w14:textId="77777777" w:rsidR="00DC105D" w:rsidRDefault="00DC105D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2E6E0C9" w14:textId="77777777" w:rsidR="00DC105D" w:rsidRDefault="00DC105D" w:rsidP="00D145C9">
            <w:pPr>
              <w:keepNext/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5E4A5436" w14:textId="77777777" w:rsidR="00DC105D" w:rsidRDefault="00DC105D" w:rsidP="00D145C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48D899C" w14:textId="77777777" w:rsidR="00DC105D" w:rsidRDefault="00DC105D" w:rsidP="00D145C9">
            <w:pPr>
              <w:keepNext/>
            </w:pPr>
          </w:p>
        </w:tc>
      </w:tr>
      <w:tr w:rsidR="00DC105D" w14:paraId="1353356F" w14:textId="77777777" w:rsidTr="00D145C9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03E56B54" w14:textId="77777777" w:rsidR="00DC105D" w:rsidRDefault="00DC105D" w:rsidP="00D145C9">
            <w:pPr>
              <w:rPr>
                <w:lang w:val="fr-FR"/>
              </w:rPr>
            </w:pPr>
            <w:r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921EF5A" w14:textId="77777777" w:rsidR="00D06E85" w:rsidRPr="00B23FEC" w:rsidRDefault="001F6F9D">
      <w:pPr>
        <w:spacing w:before="140" w:after="40"/>
        <w:jc w:val="center"/>
        <w:rPr>
          <w:sz w:val="28"/>
          <w:szCs w:val="28"/>
          <w:lang w:val="fr-FR"/>
        </w:rPr>
      </w:pPr>
      <w:r w:rsidRPr="00B23FEC">
        <w:rPr>
          <w:b/>
          <w:sz w:val="28"/>
          <w:szCs w:val="28"/>
          <w:lang w:val="fr-FR"/>
        </w:rPr>
        <w:t>DECLARAȚIE PE PROPRIA RĂSPUNDERE</w:t>
      </w:r>
    </w:p>
    <w:p w14:paraId="75E7F2D5" w14:textId="77777777" w:rsidR="00D06E85" w:rsidRPr="00F146C8" w:rsidRDefault="001F6F9D">
      <w:pPr>
        <w:spacing w:after="120"/>
        <w:jc w:val="center"/>
        <w:rPr>
          <w:lang w:val="fr-FR"/>
        </w:rPr>
      </w:pPr>
      <w:proofErr w:type="gramStart"/>
      <w:r w:rsidRPr="00F146C8">
        <w:rPr>
          <w:sz w:val="19"/>
          <w:lang w:val="fr-FR"/>
        </w:rPr>
        <w:t>prin</w:t>
      </w:r>
      <w:proofErr w:type="gramEnd"/>
      <w:r w:rsidRPr="00F146C8">
        <w:rPr>
          <w:sz w:val="19"/>
          <w:lang w:val="fr-FR"/>
        </w:rPr>
        <w:t xml:space="preserve"> care </w:t>
      </w:r>
      <w:proofErr w:type="spellStart"/>
      <w:r w:rsidRPr="00F146C8">
        <w:rPr>
          <w:sz w:val="19"/>
          <w:lang w:val="fr-FR"/>
        </w:rPr>
        <w:t>beneficiarul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declară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că</w:t>
      </w:r>
      <w:proofErr w:type="spellEnd"/>
      <w:r w:rsidRPr="00F146C8">
        <w:rPr>
          <w:sz w:val="19"/>
          <w:lang w:val="fr-FR"/>
        </w:rPr>
        <w:t xml:space="preserve"> nu a </w:t>
      </w:r>
      <w:proofErr w:type="spellStart"/>
      <w:r w:rsidRPr="00F146C8">
        <w:rPr>
          <w:sz w:val="19"/>
          <w:lang w:val="fr-FR"/>
        </w:rPr>
        <w:t>fost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primită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solicitarea</w:t>
      </w:r>
      <w:proofErr w:type="spellEnd"/>
      <w:r w:rsidRPr="00F146C8">
        <w:rPr>
          <w:sz w:val="19"/>
          <w:lang w:val="fr-FR"/>
        </w:rPr>
        <w:t xml:space="preserve"> de </w:t>
      </w:r>
      <w:proofErr w:type="spellStart"/>
      <w:r w:rsidRPr="00F146C8">
        <w:rPr>
          <w:sz w:val="19"/>
          <w:lang w:val="fr-FR"/>
        </w:rPr>
        <w:t>clarificare</w:t>
      </w:r>
      <w:proofErr w:type="spellEnd"/>
      <w:r w:rsidRPr="00F146C8">
        <w:rPr>
          <w:sz w:val="19"/>
          <w:lang w:val="fr-FR"/>
        </w:rPr>
        <w:t xml:space="preserve">, </w:t>
      </w:r>
      <w:proofErr w:type="spellStart"/>
      <w:r w:rsidRPr="00F146C8">
        <w:rPr>
          <w:sz w:val="19"/>
          <w:lang w:val="fr-FR"/>
        </w:rPr>
        <w:t>completare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sau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modificare</w:t>
      </w:r>
      <w:proofErr w:type="spellEnd"/>
      <w:r w:rsidRPr="00F146C8">
        <w:rPr>
          <w:sz w:val="19"/>
          <w:lang w:val="fr-FR"/>
        </w:rPr>
        <w:t xml:space="preserve">, nu a </w:t>
      </w:r>
      <w:proofErr w:type="spellStart"/>
      <w:r w:rsidRPr="00F146C8">
        <w:rPr>
          <w:sz w:val="19"/>
          <w:lang w:val="fr-FR"/>
        </w:rPr>
        <w:t>fost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eliberat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aviz</w:t>
      </w:r>
      <w:proofErr w:type="spellEnd"/>
      <w:r w:rsidRPr="00F146C8">
        <w:rPr>
          <w:sz w:val="19"/>
          <w:lang w:val="fr-FR"/>
        </w:rPr>
        <w:t xml:space="preserve"> / </w:t>
      </w:r>
      <w:proofErr w:type="spellStart"/>
      <w:r w:rsidRPr="00F146C8">
        <w:rPr>
          <w:sz w:val="19"/>
          <w:lang w:val="fr-FR"/>
        </w:rPr>
        <w:t>acord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cu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sau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fără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condiții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ori</w:t>
      </w:r>
      <w:proofErr w:type="spellEnd"/>
      <w:r w:rsidRPr="00F146C8">
        <w:rPr>
          <w:sz w:val="19"/>
          <w:lang w:val="fr-FR"/>
        </w:rPr>
        <w:t xml:space="preserve"> nu a </w:t>
      </w:r>
      <w:proofErr w:type="spellStart"/>
      <w:r w:rsidRPr="00F146C8">
        <w:rPr>
          <w:sz w:val="19"/>
          <w:lang w:val="fr-FR"/>
        </w:rPr>
        <w:t>fost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eliberată</w:t>
      </w:r>
      <w:proofErr w:type="spellEnd"/>
      <w:r w:rsidRPr="00F146C8">
        <w:rPr>
          <w:sz w:val="19"/>
          <w:lang w:val="fr-FR"/>
        </w:rPr>
        <w:t xml:space="preserve"> </w:t>
      </w:r>
      <w:proofErr w:type="spellStart"/>
      <w:r w:rsidRPr="00F146C8">
        <w:rPr>
          <w:sz w:val="19"/>
          <w:lang w:val="fr-FR"/>
        </w:rPr>
        <w:t>adresa</w:t>
      </w:r>
      <w:proofErr w:type="spellEnd"/>
      <w:r w:rsidRPr="00F146C8">
        <w:rPr>
          <w:sz w:val="19"/>
          <w:lang w:val="fr-FR"/>
        </w:rPr>
        <w:t xml:space="preserve"> de </w:t>
      </w:r>
      <w:proofErr w:type="spellStart"/>
      <w:r w:rsidRPr="00F146C8">
        <w:rPr>
          <w:sz w:val="19"/>
          <w:lang w:val="fr-FR"/>
        </w:rPr>
        <w:t>respingere</w:t>
      </w:r>
      <w:proofErr w:type="spellEnd"/>
    </w:p>
    <w:p w14:paraId="5E5BDCD9" w14:textId="77777777" w:rsidR="00D06E85" w:rsidRPr="00F146C8" w:rsidRDefault="00D06E8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D06E85" w14:paraId="44775F4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5345A43" w14:textId="77777777" w:rsidR="00D06E85" w:rsidRDefault="001F6F9D">
            <w:pPr>
              <w:keepNext/>
            </w:pPr>
            <w:r w:rsidRPr="00F146C8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D06E85" w14:paraId="06D2332C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8E332E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4E3B23" w14:textId="77777777" w:rsidR="00D06E85" w:rsidRDefault="00D06E85">
            <w:pPr>
              <w:keepNext/>
            </w:pPr>
          </w:p>
        </w:tc>
        <w:tc>
          <w:tcPr>
            <w:tcW w:w="4015" w:type="dxa"/>
            <w:gridSpan w:val="3"/>
          </w:tcPr>
          <w:p w14:paraId="183F75E0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599C2C7" w14:textId="77777777" w:rsidR="00D06E85" w:rsidRDefault="00D06E85">
            <w:pPr>
              <w:keepNext/>
            </w:pPr>
          </w:p>
        </w:tc>
      </w:tr>
      <w:tr w:rsidR="00D06E85" w14:paraId="6835908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901E185" w14:textId="77777777" w:rsidR="00D06E85" w:rsidRDefault="001F6F9D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D06E85" w14:paraId="2089818C" w14:textId="77777777">
        <w:trPr>
          <w:cantSplit/>
          <w:trHeight w:val="510"/>
        </w:trPr>
        <w:tc>
          <w:tcPr>
            <w:tcW w:w="1606" w:type="dxa"/>
          </w:tcPr>
          <w:p w14:paraId="69F70D8B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45CF80A9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4487B434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2518FC72" w14:textId="77777777" w:rsidR="00D06E85" w:rsidRDefault="00D06E85">
            <w:pPr>
              <w:keepNext/>
            </w:pPr>
          </w:p>
        </w:tc>
        <w:tc>
          <w:tcPr>
            <w:tcW w:w="4818" w:type="dxa"/>
            <w:gridSpan w:val="5"/>
          </w:tcPr>
          <w:p w14:paraId="4A9954D1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757A0A0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77BA1DFF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A1DB3DA" w14:textId="77777777" w:rsidR="00D06E85" w:rsidRDefault="00D06E85">
            <w:pPr>
              <w:keepNext/>
            </w:pPr>
          </w:p>
        </w:tc>
      </w:tr>
      <w:tr w:rsidR="00D06E85" w14:paraId="476B3C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63B990C" w14:textId="77777777" w:rsidR="00D06E85" w:rsidRDefault="001F6F9D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D06E85" w14:paraId="32FD11E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F32363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5A17963" w14:textId="77777777" w:rsidR="00D06E85" w:rsidRDefault="00D06E85">
            <w:pPr>
              <w:keepNext/>
            </w:pPr>
          </w:p>
        </w:tc>
        <w:tc>
          <w:tcPr>
            <w:tcW w:w="3212" w:type="dxa"/>
            <w:gridSpan w:val="4"/>
          </w:tcPr>
          <w:p w14:paraId="5EBA9E82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85FCF5F" w14:textId="77777777" w:rsidR="00D06E85" w:rsidRDefault="00D06E85">
            <w:pPr>
              <w:keepNext/>
            </w:pPr>
          </w:p>
        </w:tc>
        <w:tc>
          <w:tcPr>
            <w:tcW w:w="3212" w:type="dxa"/>
            <w:gridSpan w:val="2"/>
          </w:tcPr>
          <w:p w14:paraId="4EA349CD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9531297" w14:textId="77777777" w:rsidR="00D06E85" w:rsidRDefault="00D06E85">
            <w:pPr>
              <w:keepNext/>
            </w:pPr>
          </w:p>
        </w:tc>
      </w:tr>
      <w:tr w:rsidR="00D06E85" w14:paraId="40AD136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1A3DB93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2B7363" w14:textId="77777777" w:rsidR="00D06E85" w:rsidRDefault="00D06E85">
            <w:pPr>
              <w:keepNext/>
            </w:pPr>
          </w:p>
        </w:tc>
        <w:tc>
          <w:tcPr>
            <w:tcW w:w="803" w:type="dxa"/>
          </w:tcPr>
          <w:p w14:paraId="7BF686C3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B9CD2F6" w14:textId="77777777" w:rsidR="00D06E85" w:rsidRDefault="00D06E85">
            <w:pPr>
              <w:keepNext/>
            </w:pPr>
          </w:p>
        </w:tc>
        <w:tc>
          <w:tcPr>
            <w:tcW w:w="803" w:type="dxa"/>
          </w:tcPr>
          <w:p w14:paraId="0A560568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11A18B0" w14:textId="77777777" w:rsidR="00D06E85" w:rsidRDefault="00D06E85">
            <w:pPr>
              <w:keepNext/>
            </w:pPr>
          </w:p>
        </w:tc>
        <w:tc>
          <w:tcPr>
            <w:tcW w:w="803" w:type="dxa"/>
          </w:tcPr>
          <w:p w14:paraId="0131CA5E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E2D34FD" w14:textId="77777777" w:rsidR="00D06E85" w:rsidRDefault="00D06E85">
            <w:pPr>
              <w:keepNext/>
            </w:pPr>
          </w:p>
        </w:tc>
        <w:tc>
          <w:tcPr>
            <w:tcW w:w="803" w:type="dxa"/>
          </w:tcPr>
          <w:p w14:paraId="5756BAA2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542AD72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5A04CB06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4ED9281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291A12DE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852845F" w14:textId="77777777" w:rsidR="00D06E85" w:rsidRDefault="00D06E85">
            <w:pPr>
              <w:keepNext/>
            </w:pPr>
          </w:p>
        </w:tc>
      </w:tr>
      <w:tr w:rsidR="00D06E85" w14:paraId="78C42C4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EC0B8" w14:textId="77777777" w:rsidR="00D06E85" w:rsidRDefault="001F6F9D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D06E85" w14:paraId="2308D8C4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8E4A7E5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709C3E7" w14:textId="77777777" w:rsidR="00D06E85" w:rsidRDefault="00D06E85">
            <w:pPr>
              <w:keepNext/>
            </w:pPr>
          </w:p>
        </w:tc>
        <w:tc>
          <w:tcPr>
            <w:tcW w:w="5621" w:type="dxa"/>
            <w:gridSpan w:val="5"/>
          </w:tcPr>
          <w:p w14:paraId="6CAD21DF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48F9679D" w14:textId="77777777" w:rsidR="00D06E85" w:rsidRDefault="00D06E85">
            <w:pPr>
              <w:keepNext/>
            </w:pPr>
          </w:p>
        </w:tc>
      </w:tr>
      <w:tr w:rsidR="00D06E85" w14:paraId="69B024F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708BCE" w14:textId="77777777" w:rsidR="00D06E85" w:rsidRDefault="001F6F9D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D06E85" w14:paraId="2F1B358E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58619DA" w14:textId="77777777" w:rsidR="00D06E85" w:rsidRDefault="001F6F9D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249A940B" w14:textId="77777777" w:rsidR="00D06E85" w:rsidRDefault="00D06E85"/>
        </w:tc>
        <w:tc>
          <w:tcPr>
            <w:tcW w:w="3212" w:type="dxa"/>
            <w:gridSpan w:val="2"/>
          </w:tcPr>
          <w:p w14:paraId="592E2749" w14:textId="77777777" w:rsidR="00D06E85" w:rsidRDefault="001F6F9D">
            <w:r>
              <w:rPr>
                <w:b/>
                <w:color w:val="0D5F78"/>
              </w:rPr>
              <w:t>CUI / CIF</w:t>
            </w:r>
          </w:p>
          <w:p w14:paraId="5AA60BB0" w14:textId="77777777" w:rsidR="00D06E85" w:rsidRDefault="00D06E85"/>
        </w:tc>
      </w:tr>
    </w:tbl>
    <w:p w14:paraId="41E26187" w14:textId="77777777" w:rsidR="00D06E85" w:rsidRDefault="00D06E8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D06E85" w14:paraId="184456C5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4C442D3" w14:textId="77777777" w:rsidR="00D06E85" w:rsidRDefault="001F6F9D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BENEFICIAR AL</w:t>
            </w:r>
          </w:p>
        </w:tc>
      </w:tr>
      <w:tr w:rsidR="00D06E85" w:rsidRPr="00B23FEC" w14:paraId="4A83FD0A" w14:textId="77777777">
        <w:trPr>
          <w:cantSplit/>
        </w:trPr>
        <w:tc>
          <w:tcPr>
            <w:tcW w:w="9636" w:type="dxa"/>
            <w:gridSpan w:val="7"/>
          </w:tcPr>
          <w:p w14:paraId="10C18D4D" w14:textId="77777777" w:rsidR="00D06E85" w:rsidRDefault="001F6F9D">
            <w:pPr>
              <w:keepNext/>
              <w:rPr>
                <w:sz w:val="16"/>
                <w:lang w:val="fr-FR"/>
              </w:rPr>
            </w:pPr>
            <w:r w:rsidRPr="00F146C8">
              <w:rPr>
                <w:sz w:val="16"/>
                <w:lang w:val="fr-FR"/>
              </w:rPr>
              <w:t xml:space="preserve">☐ </w:t>
            </w:r>
            <w:proofErr w:type="spellStart"/>
            <w:r w:rsidRPr="00F146C8">
              <w:rPr>
                <w:sz w:val="16"/>
                <w:lang w:val="fr-FR"/>
              </w:rPr>
              <w:t>Documentației</w:t>
            </w:r>
            <w:proofErr w:type="spellEnd"/>
            <w:r w:rsidRPr="00F146C8">
              <w:rPr>
                <w:sz w:val="16"/>
                <w:lang w:val="fr-FR"/>
              </w:rPr>
              <w:t xml:space="preserve"> de </w:t>
            </w:r>
            <w:proofErr w:type="spellStart"/>
            <w:r w:rsidRPr="00F146C8">
              <w:rPr>
                <w:sz w:val="16"/>
                <w:lang w:val="fr-FR"/>
              </w:rPr>
              <w:t>amenajare</w:t>
            </w:r>
            <w:proofErr w:type="spellEnd"/>
            <w:r w:rsidRPr="00F146C8">
              <w:rPr>
                <w:sz w:val="16"/>
                <w:lang w:val="fr-FR"/>
              </w:rPr>
              <w:t xml:space="preserve"> a </w:t>
            </w:r>
            <w:proofErr w:type="spellStart"/>
            <w:r w:rsidRPr="00F146C8">
              <w:rPr>
                <w:sz w:val="16"/>
                <w:lang w:val="fr-FR"/>
              </w:rPr>
              <w:t>teritoriului</w:t>
            </w:r>
            <w:proofErr w:type="spellEnd"/>
            <w:r w:rsidRPr="00F146C8">
              <w:rPr>
                <w:sz w:val="16"/>
                <w:lang w:val="fr-FR"/>
              </w:rPr>
              <w:t xml:space="preserve"> / </w:t>
            </w:r>
            <w:proofErr w:type="spellStart"/>
            <w:r w:rsidRPr="00F146C8">
              <w:rPr>
                <w:sz w:val="16"/>
                <w:lang w:val="fr-FR"/>
              </w:rPr>
              <w:t>documentației</w:t>
            </w:r>
            <w:proofErr w:type="spellEnd"/>
            <w:r w:rsidRPr="00F146C8">
              <w:rPr>
                <w:sz w:val="16"/>
                <w:lang w:val="fr-FR"/>
              </w:rPr>
              <w:t xml:space="preserve"> de </w:t>
            </w:r>
            <w:proofErr w:type="spellStart"/>
            <w:r w:rsidRPr="00F146C8">
              <w:rPr>
                <w:sz w:val="16"/>
                <w:lang w:val="fr-FR"/>
              </w:rPr>
              <w:t>urbanism</w:t>
            </w:r>
            <w:proofErr w:type="spellEnd"/>
            <w:r w:rsidRPr="00F146C8">
              <w:rPr>
                <w:sz w:val="16"/>
                <w:lang w:val="fr-FR"/>
              </w:rPr>
              <w:t xml:space="preserve">, </w:t>
            </w:r>
            <w:proofErr w:type="spellStart"/>
            <w:r w:rsidRPr="00F146C8">
              <w:rPr>
                <w:sz w:val="16"/>
                <w:lang w:val="fr-FR"/>
              </w:rPr>
              <w:t>pentru</w:t>
            </w:r>
            <w:proofErr w:type="spellEnd"/>
            <w:r w:rsidRPr="00F146C8">
              <w:rPr>
                <w:sz w:val="16"/>
                <w:lang w:val="fr-FR"/>
              </w:rPr>
              <w:t xml:space="preserve"> care se </w:t>
            </w:r>
            <w:proofErr w:type="spellStart"/>
            <w:r w:rsidRPr="00F146C8">
              <w:rPr>
                <w:sz w:val="16"/>
                <w:lang w:val="fr-FR"/>
              </w:rPr>
              <w:t>solicită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analizarea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și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promovarea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spre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aprobare</w:t>
            </w:r>
            <w:proofErr w:type="spellEnd"/>
            <w:r w:rsidRPr="00F146C8">
              <w:rPr>
                <w:sz w:val="16"/>
                <w:lang w:val="fr-FR"/>
              </w:rPr>
              <w:t xml:space="preserve">, </w:t>
            </w:r>
            <w:proofErr w:type="spellStart"/>
            <w:r w:rsidRPr="00F146C8">
              <w:rPr>
                <w:sz w:val="16"/>
                <w:lang w:val="fr-FR"/>
              </w:rPr>
              <w:t>având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F146C8">
              <w:rPr>
                <w:sz w:val="16"/>
                <w:lang w:val="fr-FR"/>
              </w:rPr>
              <w:t>denumirea</w:t>
            </w:r>
            <w:proofErr w:type="spellEnd"/>
            <w:r w:rsidRPr="00F146C8">
              <w:rPr>
                <w:sz w:val="16"/>
                <w:lang w:val="fr-FR"/>
              </w:rPr>
              <w:t>:</w:t>
            </w:r>
            <w:proofErr w:type="gramEnd"/>
          </w:p>
          <w:p w14:paraId="449F8BE8" w14:textId="73254249" w:rsidR="00B23FEC" w:rsidRPr="00F146C8" w:rsidRDefault="00B23FEC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6C566C41" w14:textId="77777777" w:rsidR="00D06E85" w:rsidRPr="00F146C8" w:rsidRDefault="001F6F9D">
            <w:pPr>
              <w:keepNext/>
              <w:rPr>
                <w:lang w:val="fr-FR"/>
              </w:rPr>
            </w:pPr>
            <w:r w:rsidRPr="00F146C8">
              <w:rPr>
                <w:sz w:val="16"/>
                <w:lang w:val="fr-FR"/>
              </w:rPr>
              <w:t xml:space="preserve">☐ </w:t>
            </w:r>
            <w:proofErr w:type="spellStart"/>
            <w:r w:rsidRPr="00F146C8">
              <w:rPr>
                <w:sz w:val="16"/>
                <w:lang w:val="fr-FR"/>
              </w:rPr>
              <w:t>Investiției</w:t>
            </w:r>
            <w:proofErr w:type="spellEnd"/>
            <w:r w:rsidRPr="00F146C8">
              <w:rPr>
                <w:sz w:val="16"/>
                <w:lang w:val="fr-FR"/>
              </w:rPr>
              <w:t xml:space="preserve">, </w:t>
            </w:r>
            <w:proofErr w:type="spellStart"/>
            <w:r w:rsidRPr="00F146C8">
              <w:rPr>
                <w:sz w:val="16"/>
                <w:lang w:val="fr-FR"/>
              </w:rPr>
              <w:t>pentru</w:t>
            </w:r>
            <w:proofErr w:type="spellEnd"/>
            <w:r w:rsidRPr="00F146C8">
              <w:rPr>
                <w:sz w:val="16"/>
                <w:lang w:val="fr-FR"/>
              </w:rPr>
              <w:t xml:space="preserve"> care se </w:t>
            </w:r>
            <w:proofErr w:type="spellStart"/>
            <w:r w:rsidRPr="00F146C8">
              <w:rPr>
                <w:sz w:val="16"/>
                <w:lang w:val="fr-FR"/>
              </w:rPr>
              <w:t>solicită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emiterea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autorizației</w:t>
            </w:r>
            <w:proofErr w:type="spellEnd"/>
            <w:r w:rsidRPr="00F146C8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F146C8">
              <w:rPr>
                <w:sz w:val="16"/>
                <w:lang w:val="fr-FR"/>
              </w:rPr>
              <w:t>desființare</w:t>
            </w:r>
            <w:proofErr w:type="spellEnd"/>
            <w:r w:rsidRPr="00F146C8">
              <w:rPr>
                <w:sz w:val="16"/>
                <w:lang w:val="fr-FR"/>
              </w:rPr>
              <w:t xml:space="preserve"> / </w:t>
            </w:r>
            <w:proofErr w:type="spellStart"/>
            <w:r w:rsidRPr="00F146C8">
              <w:rPr>
                <w:sz w:val="16"/>
                <w:lang w:val="fr-FR"/>
              </w:rPr>
              <w:t>organizare</w:t>
            </w:r>
            <w:proofErr w:type="spellEnd"/>
            <w:r w:rsidRPr="00F146C8">
              <w:rPr>
                <w:sz w:val="16"/>
                <w:lang w:val="fr-FR"/>
              </w:rPr>
              <w:t xml:space="preserve"> de </w:t>
            </w:r>
            <w:proofErr w:type="spellStart"/>
            <w:r w:rsidRPr="00F146C8">
              <w:rPr>
                <w:sz w:val="16"/>
                <w:lang w:val="fr-FR"/>
              </w:rPr>
              <w:t>șantier</w:t>
            </w:r>
            <w:proofErr w:type="spellEnd"/>
          </w:p>
        </w:tc>
      </w:tr>
      <w:tr w:rsidR="00D06E85" w:rsidRPr="00B23FEC" w14:paraId="038DB130" w14:textId="77777777">
        <w:trPr>
          <w:cantSplit/>
        </w:trPr>
        <w:tc>
          <w:tcPr>
            <w:tcW w:w="9636" w:type="dxa"/>
            <w:gridSpan w:val="7"/>
          </w:tcPr>
          <w:p w14:paraId="448F3330" w14:textId="77777777" w:rsidR="00D06E85" w:rsidRPr="00F146C8" w:rsidRDefault="00D06E8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4AB8803" w14:textId="77777777" w:rsidR="00D06E85" w:rsidRPr="00F146C8" w:rsidRDefault="00D06E8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D06E85" w14:paraId="51F68824" w14:textId="77777777">
        <w:trPr>
          <w:cantSplit/>
          <w:trHeight w:val="510"/>
        </w:trPr>
        <w:tc>
          <w:tcPr>
            <w:tcW w:w="3212" w:type="dxa"/>
          </w:tcPr>
          <w:p w14:paraId="6DD32699" w14:textId="77777777" w:rsidR="00D06E85" w:rsidRPr="00F146C8" w:rsidRDefault="001F6F9D">
            <w:pPr>
              <w:keepNext/>
              <w:rPr>
                <w:lang w:val="fr-FR"/>
              </w:rPr>
            </w:pPr>
            <w:proofErr w:type="spellStart"/>
            <w:proofErr w:type="gramStart"/>
            <w:r w:rsidRPr="00F146C8">
              <w:rPr>
                <w:b/>
                <w:color w:val="0D5F78"/>
                <w:lang w:val="fr-FR"/>
              </w:rPr>
              <w:t>în</w:t>
            </w:r>
            <w:proofErr w:type="spellEnd"/>
            <w:proofErr w:type="gramEnd"/>
            <w:r w:rsidRPr="00F146C8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146C8">
              <w:rPr>
                <w:b/>
                <w:color w:val="0D5F78"/>
                <w:lang w:val="fr-FR"/>
              </w:rPr>
              <w:t>baza</w:t>
            </w:r>
            <w:proofErr w:type="spellEnd"/>
            <w:r w:rsidRPr="00F146C8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146C8">
              <w:rPr>
                <w:b/>
                <w:color w:val="0D5F78"/>
                <w:lang w:val="fr-FR"/>
              </w:rPr>
              <w:t>Certificatului</w:t>
            </w:r>
            <w:proofErr w:type="spellEnd"/>
            <w:r w:rsidRPr="00F146C8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F146C8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F146C8">
              <w:rPr>
                <w:b/>
                <w:color w:val="0D5F78"/>
                <w:lang w:val="fr-FR"/>
              </w:rPr>
              <w:t xml:space="preserve"> nr.</w:t>
            </w:r>
          </w:p>
          <w:p w14:paraId="587CA335" w14:textId="77777777" w:rsidR="00D06E85" w:rsidRPr="00F146C8" w:rsidRDefault="00D06E85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08E0A2F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din data de</w:t>
            </w:r>
          </w:p>
          <w:p w14:paraId="2429966D" w14:textId="77777777" w:rsidR="00D06E85" w:rsidRDefault="00D06E85">
            <w:pPr>
              <w:keepNext/>
            </w:pPr>
          </w:p>
        </w:tc>
        <w:tc>
          <w:tcPr>
            <w:tcW w:w="4015" w:type="dxa"/>
            <w:gridSpan w:val="3"/>
          </w:tcPr>
          <w:p w14:paraId="6A7C95E8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88FDBF8" w14:textId="77777777" w:rsidR="00D06E85" w:rsidRDefault="00D06E85">
            <w:pPr>
              <w:keepNext/>
            </w:pPr>
          </w:p>
        </w:tc>
      </w:tr>
      <w:tr w:rsidR="00D06E85" w14:paraId="14BF2781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2AA27A1" w14:textId="77777777" w:rsidR="00D06E85" w:rsidRDefault="001F6F9D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având</w:t>
            </w:r>
            <w:proofErr w:type="spellEnd"/>
            <w:r>
              <w:rPr>
                <w:sz w:val="16"/>
              </w:rPr>
              <w:t xml:space="preserve"> ca </w:t>
            </w:r>
            <w:proofErr w:type="spellStart"/>
            <w:r>
              <w:rPr>
                <w:sz w:val="16"/>
              </w:rPr>
              <w:t>amplasament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), </w:t>
            </w:r>
            <w:proofErr w:type="spellStart"/>
            <w:r>
              <w:rPr>
                <w:sz w:val="16"/>
              </w:rPr>
              <w:t>situat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D06E85" w14:paraId="28EC9FF0" w14:textId="77777777">
        <w:trPr>
          <w:cantSplit/>
          <w:trHeight w:val="510"/>
        </w:trPr>
        <w:tc>
          <w:tcPr>
            <w:tcW w:w="3212" w:type="dxa"/>
          </w:tcPr>
          <w:p w14:paraId="045B3571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A1DDEA8" w14:textId="77777777" w:rsidR="00D06E85" w:rsidRDefault="00D06E85">
            <w:pPr>
              <w:keepNext/>
            </w:pPr>
          </w:p>
        </w:tc>
        <w:tc>
          <w:tcPr>
            <w:tcW w:w="3212" w:type="dxa"/>
            <w:gridSpan w:val="4"/>
          </w:tcPr>
          <w:p w14:paraId="26F3AC1F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D1EF9F9" w14:textId="77777777" w:rsidR="00D06E85" w:rsidRDefault="00D06E85">
            <w:pPr>
              <w:keepNext/>
            </w:pPr>
          </w:p>
        </w:tc>
        <w:tc>
          <w:tcPr>
            <w:tcW w:w="3212" w:type="dxa"/>
            <w:gridSpan w:val="2"/>
          </w:tcPr>
          <w:p w14:paraId="5868C80E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6CFB201" w14:textId="77777777" w:rsidR="00D06E85" w:rsidRDefault="00D06E85">
            <w:pPr>
              <w:keepNext/>
            </w:pPr>
          </w:p>
        </w:tc>
      </w:tr>
      <w:tr w:rsidR="00D06E85" w14:paraId="4F5E562B" w14:textId="77777777">
        <w:trPr>
          <w:cantSplit/>
          <w:trHeight w:val="510"/>
        </w:trPr>
        <w:tc>
          <w:tcPr>
            <w:tcW w:w="3212" w:type="dxa"/>
          </w:tcPr>
          <w:p w14:paraId="18C09048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E6BE8AF" w14:textId="77777777" w:rsidR="00D06E85" w:rsidRDefault="00D06E85">
            <w:pPr>
              <w:keepNext/>
            </w:pPr>
          </w:p>
        </w:tc>
        <w:tc>
          <w:tcPr>
            <w:tcW w:w="803" w:type="dxa"/>
          </w:tcPr>
          <w:p w14:paraId="7CCA42D5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672ED98" w14:textId="77777777" w:rsidR="00D06E85" w:rsidRDefault="00D06E85">
            <w:pPr>
              <w:keepNext/>
            </w:pPr>
          </w:p>
        </w:tc>
        <w:tc>
          <w:tcPr>
            <w:tcW w:w="803" w:type="dxa"/>
          </w:tcPr>
          <w:p w14:paraId="3211E91D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28D1FA" w14:textId="77777777" w:rsidR="00D06E85" w:rsidRDefault="00D06E85">
            <w:pPr>
              <w:keepNext/>
            </w:pPr>
          </w:p>
        </w:tc>
        <w:tc>
          <w:tcPr>
            <w:tcW w:w="803" w:type="dxa"/>
          </w:tcPr>
          <w:p w14:paraId="5D0C58DB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DB9BF45" w14:textId="77777777" w:rsidR="00D06E85" w:rsidRDefault="00D06E85">
            <w:pPr>
              <w:keepNext/>
            </w:pPr>
          </w:p>
        </w:tc>
        <w:tc>
          <w:tcPr>
            <w:tcW w:w="803" w:type="dxa"/>
          </w:tcPr>
          <w:p w14:paraId="19EBA19F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FA40548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526BA805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719B43E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00245BA2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DDC16AB" w14:textId="77777777" w:rsidR="00D06E85" w:rsidRDefault="00D06E85">
            <w:pPr>
              <w:keepNext/>
            </w:pPr>
          </w:p>
        </w:tc>
      </w:tr>
      <w:tr w:rsidR="00D06E85" w14:paraId="710B7BC2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711C92BB" w14:textId="77777777" w:rsidR="00D06E85" w:rsidRDefault="001F6F9D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035FD8D" w14:textId="77777777" w:rsidR="00D06E85" w:rsidRDefault="00D06E85"/>
        </w:tc>
        <w:tc>
          <w:tcPr>
            <w:tcW w:w="4818" w:type="dxa"/>
            <w:gridSpan w:val="4"/>
          </w:tcPr>
          <w:p w14:paraId="624D0088" w14:textId="77777777" w:rsidR="00D06E85" w:rsidRDefault="001F6F9D">
            <w:r>
              <w:rPr>
                <w:b/>
                <w:color w:val="0D5F78"/>
              </w:rPr>
              <w:t>Nr. cadastral</w:t>
            </w:r>
          </w:p>
          <w:p w14:paraId="3F1A5A6A" w14:textId="77777777" w:rsidR="00D06E85" w:rsidRDefault="00D06E85"/>
        </w:tc>
      </w:tr>
    </w:tbl>
    <w:p w14:paraId="6097A6DA" w14:textId="77777777" w:rsidR="00D06E85" w:rsidRDefault="00D06E85">
      <w:pPr>
        <w:spacing w:line="168" w:lineRule="auto"/>
      </w:pPr>
    </w:p>
    <w:p w14:paraId="34E8F042" w14:textId="53479934" w:rsidR="00D06E85" w:rsidRDefault="00D06E85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06E85" w14:paraId="646C354C" w14:textId="77777777">
        <w:trPr>
          <w:cantSplit/>
        </w:trPr>
        <w:tc>
          <w:tcPr>
            <w:tcW w:w="9636" w:type="dxa"/>
            <w:shd w:val="clear" w:color="auto" w:fill="F4F4F4"/>
          </w:tcPr>
          <w:p w14:paraId="6755DF81" w14:textId="537513A9" w:rsidR="00D06E85" w:rsidRDefault="001F6F9D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DECLAR</w:t>
            </w:r>
            <w:r w:rsidR="00F146C8">
              <w:rPr>
                <w:b/>
                <w:color w:val="000000"/>
                <w:sz w:val="18"/>
              </w:rPr>
              <w:t xml:space="preserve"> PE PROPRIE RĂSPUNDERE</w:t>
            </w:r>
          </w:p>
        </w:tc>
      </w:tr>
      <w:tr w:rsidR="00D06E85" w14:paraId="55F951F4" w14:textId="77777777">
        <w:trPr>
          <w:cantSplit/>
        </w:trPr>
        <w:tc>
          <w:tcPr>
            <w:tcW w:w="9636" w:type="dxa"/>
          </w:tcPr>
          <w:p w14:paraId="264591DB" w14:textId="77777777" w:rsidR="00D06E85" w:rsidRDefault="001F6F9D">
            <w:pPr>
              <w:keepNext/>
              <w:spacing w:line="228" w:lineRule="auto"/>
            </w:pPr>
            <w:r>
              <w:rPr>
                <w:i/>
                <w:sz w:val="17"/>
              </w:rPr>
              <w:t xml:space="preserve">Sub </w:t>
            </w:r>
            <w:proofErr w:type="spellStart"/>
            <w:r>
              <w:rPr>
                <w:i/>
                <w:sz w:val="17"/>
              </w:rPr>
              <w:t>sancțiunile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aplicate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faptei</w:t>
            </w:r>
            <w:proofErr w:type="spellEnd"/>
            <w:r>
              <w:rPr>
                <w:i/>
                <w:sz w:val="17"/>
              </w:rPr>
              <w:t xml:space="preserve"> de </w:t>
            </w:r>
            <w:proofErr w:type="spellStart"/>
            <w:r>
              <w:rPr>
                <w:i/>
                <w:sz w:val="17"/>
              </w:rPr>
              <w:t>fals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declarații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prevăzute</w:t>
            </w:r>
            <w:proofErr w:type="spellEnd"/>
            <w:r>
              <w:rPr>
                <w:i/>
                <w:sz w:val="17"/>
              </w:rPr>
              <w:t xml:space="preserve"> de art. 326 din Legea nr. 286/2009 </w:t>
            </w:r>
            <w:proofErr w:type="spellStart"/>
            <w:r>
              <w:rPr>
                <w:i/>
                <w:sz w:val="17"/>
              </w:rPr>
              <w:t>privind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Codul</w:t>
            </w:r>
            <w:proofErr w:type="spellEnd"/>
            <w:r>
              <w:rPr>
                <w:i/>
                <w:sz w:val="17"/>
              </w:rPr>
              <w:t xml:space="preserve"> penal, cu </w:t>
            </w:r>
            <w:proofErr w:type="spellStart"/>
            <w:r>
              <w:rPr>
                <w:i/>
                <w:sz w:val="17"/>
              </w:rPr>
              <w:t>modificările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completările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ulterioare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pe propria </w:t>
            </w:r>
            <w:proofErr w:type="spellStart"/>
            <w:r>
              <w:rPr>
                <w:i/>
                <w:sz w:val="17"/>
              </w:rPr>
              <w:t>răspundere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avizele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acordurile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menționate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tabelul</w:t>
            </w:r>
            <w:proofErr w:type="spellEnd"/>
            <w:r>
              <w:rPr>
                <w:i/>
                <w:sz w:val="17"/>
              </w:rPr>
              <w:t xml:space="preserve"> de </w:t>
            </w:r>
            <w:proofErr w:type="spellStart"/>
            <w:r>
              <w:rPr>
                <w:i/>
                <w:sz w:val="17"/>
              </w:rPr>
              <w:t>mai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jos</w:t>
            </w:r>
            <w:proofErr w:type="spellEnd"/>
            <w:r>
              <w:rPr>
                <w:i/>
                <w:sz w:val="17"/>
              </w:rPr>
              <w:t xml:space="preserve"> a </w:t>
            </w:r>
            <w:proofErr w:type="spellStart"/>
            <w:r>
              <w:rPr>
                <w:i/>
                <w:sz w:val="17"/>
              </w:rPr>
              <w:t>fost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depusă</w:t>
            </w:r>
            <w:proofErr w:type="spellEnd"/>
            <w:r>
              <w:rPr>
                <w:i/>
                <w:sz w:val="17"/>
              </w:rPr>
              <w:t xml:space="preserve">, conform </w:t>
            </w:r>
            <w:proofErr w:type="spellStart"/>
            <w:r>
              <w:rPr>
                <w:i/>
                <w:sz w:val="17"/>
              </w:rPr>
              <w:t>legislației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vigoare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documentația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vederea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obținerii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acestora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termenele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prevăzute</w:t>
            </w:r>
            <w:proofErr w:type="spellEnd"/>
            <w:r>
              <w:rPr>
                <w:i/>
                <w:sz w:val="17"/>
              </w:rPr>
              <w:t xml:space="preserve"> de Legea nr. 169/2026 </w:t>
            </w:r>
            <w:proofErr w:type="spellStart"/>
            <w:r>
              <w:rPr>
                <w:i/>
                <w:sz w:val="17"/>
              </w:rPr>
              <w:t>privind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Codul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Amenajării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Teritoriului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Urbanismului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Construcțiilor</w:t>
            </w:r>
            <w:proofErr w:type="spellEnd"/>
            <w:r>
              <w:rPr>
                <w:i/>
                <w:sz w:val="17"/>
              </w:rPr>
              <w:t xml:space="preserve"> nu au </w:t>
            </w:r>
            <w:proofErr w:type="spellStart"/>
            <w:r>
              <w:rPr>
                <w:i/>
                <w:sz w:val="17"/>
              </w:rPr>
              <w:t>fost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primite</w:t>
            </w:r>
            <w:proofErr w:type="spellEnd"/>
            <w:r>
              <w:rPr>
                <w:i/>
                <w:sz w:val="17"/>
              </w:rPr>
              <w:t xml:space="preserve"> de la </w:t>
            </w:r>
            <w:proofErr w:type="spellStart"/>
            <w:r>
              <w:rPr>
                <w:i/>
                <w:sz w:val="17"/>
              </w:rPr>
              <w:t>emitent</w:t>
            </w:r>
            <w:proofErr w:type="spellEnd"/>
            <w:r>
              <w:rPr>
                <w:i/>
                <w:sz w:val="17"/>
              </w:rPr>
              <w:t xml:space="preserve"> / </w:t>
            </w:r>
            <w:proofErr w:type="spellStart"/>
            <w:r>
              <w:rPr>
                <w:i/>
                <w:sz w:val="17"/>
              </w:rPr>
              <w:t>emitenți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condițiile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legii</w:t>
            </w:r>
            <w:proofErr w:type="spellEnd"/>
            <w:r>
              <w:rPr>
                <w:i/>
                <w:sz w:val="17"/>
              </w:rPr>
              <w:t>:</w:t>
            </w:r>
          </w:p>
        </w:tc>
      </w:tr>
      <w:tr w:rsidR="00D06E85" w:rsidRPr="00B23FEC" w14:paraId="5350B05D" w14:textId="77777777">
        <w:trPr>
          <w:cantSplit/>
        </w:trPr>
        <w:tc>
          <w:tcPr>
            <w:tcW w:w="9636" w:type="dxa"/>
          </w:tcPr>
          <w:p w14:paraId="58C9DDD9" w14:textId="77777777" w:rsidR="00D06E85" w:rsidRPr="00F146C8" w:rsidRDefault="001F6F9D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F146C8">
              <w:rPr>
                <w:sz w:val="16"/>
                <w:lang w:val="fr-FR"/>
              </w:rPr>
              <w:t xml:space="preserve">☐ </w:t>
            </w:r>
            <w:proofErr w:type="spellStart"/>
            <w:r w:rsidRPr="00F146C8">
              <w:rPr>
                <w:sz w:val="16"/>
                <w:lang w:val="fr-FR"/>
              </w:rPr>
              <w:t>nicio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solicitare</w:t>
            </w:r>
            <w:proofErr w:type="spellEnd"/>
            <w:r w:rsidRPr="00F146C8">
              <w:rPr>
                <w:sz w:val="16"/>
                <w:lang w:val="fr-FR"/>
              </w:rPr>
              <w:t xml:space="preserve"> de </w:t>
            </w:r>
            <w:proofErr w:type="spellStart"/>
            <w:r w:rsidRPr="00F146C8">
              <w:rPr>
                <w:sz w:val="16"/>
                <w:lang w:val="fr-FR"/>
              </w:rPr>
              <w:t>clarificare</w:t>
            </w:r>
            <w:proofErr w:type="spellEnd"/>
            <w:r w:rsidRPr="00F146C8">
              <w:rPr>
                <w:sz w:val="16"/>
                <w:lang w:val="fr-FR"/>
              </w:rPr>
              <w:t xml:space="preserve">, </w:t>
            </w:r>
            <w:proofErr w:type="spellStart"/>
            <w:r w:rsidRPr="00F146C8">
              <w:rPr>
                <w:sz w:val="16"/>
                <w:lang w:val="fr-FR"/>
              </w:rPr>
              <w:t>completare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sau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modificare</w:t>
            </w:r>
            <w:proofErr w:type="spellEnd"/>
          </w:p>
        </w:tc>
      </w:tr>
      <w:tr w:rsidR="00D06E85" w:rsidRPr="00B23FEC" w14:paraId="392E2A3D" w14:textId="77777777">
        <w:trPr>
          <w:cantSplit/>
        </w:trPr>
        <w:tc>
          <w:tcPr>
            <w:tcW w:w="9636" w:type="dxa"/>
          </w:tcPr>
          <w:p w14:paraId="598AB427" w14:textId="77777777" w:rsidR="00D06E85" w:rsidRPr="00F146C8" w:rsidRDefault="001F6F9D">
            <w:pPr>
              <w:keepNext/>
              <w:rPr>
                <w:lang w:val="fr-FR"/>
              </w:rPr>
            </w:pPr>
            <w:r w:rsidRPr="00F146C8">
              <w:rPr>
                <w:sz w:val="16"/>
                <w:lang w:val="fr-FR"/>
              </w:rPr>
              <w:t xml:space="preserve"> ☐ </w:t>
            </w:r>
            <w:proofErr w:type="spellStart"/>
            <w:r w:rsidRPr="00F146C8">
              <w:rPr>
                <w:sz w:val="16"/>
                <w:lang w:val="fr-FR"/>
              </w:rPr>
              <w:t>niciun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aviz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sau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acord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cu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sau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fără</w:t>
            </w:r>
            <w:proofErr w:type="spellEnd"/>
            <w:r w:rsidRPr="00F146C8">
              <w:rPr>
                <w:sz w:val="16"/>
                <w:lang w:val="fr-FR"/>
              </w:rPr>
              <w:t xml:space="preserve"> </w:t>
            </w:r>
            <w:proofErr w:type="spellStart"/>
            <w:r w:rsidRPr="00F146C8">
              <w:rPr>
                <w:sz w:val="16"/>
                <w:lang w:val="fr-FR"/>
              </w:rPr>
              <w:t>condiții</w:t>
            </w:r>
            <w:proofErr w:type="spellEnd"/>
          </w:p>
        </w:tc>
      </w:tr>
      <w:tr w:rsidR="00D06E85" w14:paraId="0504FCED" w14:textId="77777777">
        <w:trPr>
          <w:cantSplit/>
        </w:trPr>
        <w:tc>
          <w:tcPr>
            <w:tcW w:w="9636" w:type="dxa"/>
          </w:tcPr>
          <w:p w14:paraId="3B17397B" w14:textId="77777777" w:rsidR="00D06E85" w:rsidRDefault="001F6F9D">
            <w:pPr>
              <w:keepNext/>
            </w:pPr>
            <w:r w:rsidRPr="00F146C8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nicio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adresă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respingere</w:t>
            </w:r>
            <w:proofErr w:type="spellEnd"/>
          </w:p>
        </w:tc>
      </w:tr>
      <w:tr w:rsidR="00D06E85" w:rsidRPr="00B23FEC" w14:paraId="48B239F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7D063" w14:textId="77777777" w:rsidR="00D06E85" w:rsidRPr="00F146C8" w:rsidRDefault="001F6F9D">
            <w:pPr>
              <w:spacing w:line="228" w:lineRule="auto"/>
              <w:rPr>
                <w:lang w:val="fr-FR"/>
              </w:rPr>
            </w:pPr>
            <w:proofErr w:type="spellStart"/>
            <w:r w:rsidRPr="00F146C8">
              <w:rPr>
                <w:lang w:val="fr-FR"/>
              </w:rPr>
              <w:t>Anexez</w:t>
            </w:r>
            <w:proofErr w:type="spellEnd"/>
            <w:r w:rsidRPr="00F146C8">
              <w:rPr>
                <w:lang w:val="fr-FR"/>
              </w:rPr>
              <w:t xml:space="preserve"> documente </w:t>
            </w:r>
            <w:proofErr w:type="spellStart"/>
            <w:r w:rsidRPr="00F146C8">
              <w:rPr>
                <w:lang w:val="fr-FR"/>
              </w:rPr>
              <w:t>doveditoare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pentru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fiecare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aviz</w:t>
            </w:r>
            <w:proofErr w:type="spellEnd"/>
            <w:r w:rsidRPr="00F146C8">
              <w:rPr>
                <w:lang w:val="fr-FR"/>
              </w:rPr>
              <w:t xml:space="preserve"> / </w:t>
            </w:r>
            <w:proofErr w:type="spellStart"/>
            <w:r w:rsidRPr="00F146C8">
              <w:rPr>
                <w:lang w:val="fr-FR"/>
              </w:rPr>
              <w:t>acord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solicitat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pentru</w:t>
            </w:r>
            <w:proofErr w:type="spellEnd"/>
            <w:r w:rsidRPr="00F146C8">
              <w:rPr>
                <w:lang w:val="fr-FR"/>
              </w:rPr>
              <w:t xml:space="preserve"> care </w:t>
            </w:r>
            <w:proofErr w:type="spellStart"/>
            <w:r w:rsidRPr="00F146C8">
              <w:rPr>
                <w:lang w:val="fr-FR"/>
              </w:rPr>
              <w:t>în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termenul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legal</w:t>
            </w:r>
            <w:proofErr w:type="spellEnd"/>
            <w:r w:rsidRPr="00F146C8">
              <w:rPr>
                <w:lang w:val="fr-FR"/>
              </w:rPr>
              <w:t xml:space="preserve"> nu a </w:t>
            </w:r>
            <w:proofErr w:type="spellStart"/>
            <w:r w:rsidRPr="00F146C8">
              <w:rPr>
                <w:lang w:val="fr-FR"/>
              </w:rPr>
              <w:t>fost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primită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solicitarea</w:t>
            </w:r>
            <w:proofErr w:type="spellEnd"/>
            <w:r w:rsidRPr="00F146C8">
              <w:rPr>
                <w:lang w:val="fr-FR"/>
              </w:rPr>
              <w:t xml:space="preserve"> de </w:t>
            </w:r>
            <w:proofErr w:type="spellStart"/>
            <w:r w:rsidRPr="00F146C8">
              <w:rPr>
                <w:lang w:val="fr-FR"/>
              </w:rPr>
              <w:t>clarificare</w:t>
            </w:r>
            <w:proofErr w:type="spellEnd"/>
            <w:r w:rsidRPr="00F146C8">
              <w:rPr>
                <w:lang w:val="fr-FR"/>
              </w:rPr>
              <w:t xml:space="preserve">, </w:t>
            </w:r>
            <w:proofErr w:type="spellStart"/>
            <w:r w:rsidRPr="00F146C8">
              <w:rPr>
                <w:lang w:val="fr-FR"/>
              </w:rPr>
              <w:t>completare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sau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modificare</w:t>
            </w:r>
            <w:proofErr w:type="spellEnd"/>
            <w:r w:rsidRPr="00F146C8">
              <w:rPr>
                <w:lang w:val="fr-FR"/>
              </w:rPr>
              <w:t xml:space="preserve">, nu a </w:t>
            </w:r>
            <w:proofErr w:type="spellStart"/>
            <w:r w:rsidRPr="00F146C8">
              <w:rPr>
                <w:lang w:val="fr-FR"/>
              </w:rPr>
              <w:t>fost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eliberat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aviz</w:t>
            </w:r>
            <w:proofErr w:type="spellEnd"/>
            <w:r w:rsidRPr="00F146C8">
              <w:rPr>
                <w:lang w:val="fr-FR"/>
              </w:rPr>
              <w:t xml:space="preserve"> / </w:t>
            </w:r>
            <w:proofErr w:type="spellStart"/>
            <w:r w:rsidRPr="00F146C8">
              <w:rPr>
                <w:lang w:val="fr-FR"/>
              </w:rPr>
              <w:t>acord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cu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sau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fără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condiții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ori</w:t>
            </w:r>
            <w:proofErr w:type="spellEnd"/>
            <w:r w:rsidRPr="00F146C8">
              <w:rPr>
                <w:lang w:val="fr-FR"/>
              </w:rPr>
              <w:t xml:space="preserve"> nu a </w:t>
            </w:r>
            <w:proofErr w:type="spellStart"/>
            <w:r w:rsidRPr="00F146C8">
              <w:rPr>
                <w:lang w:val="fr-FR"/>
              </w:rPr>
              <w:t>fost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eliberată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adresa</w:t>
            </w:r>
            <w:proofErr w:type="spellEnd"/>
            <w:r w:rsidRPr="00F146C8">
              <w:rPr>
                <w:lang w:val="fr-FR"/>
              </w:rPr>
              <w:t xml:space="preserve"> de </w:t>
            </w:r>
            <w:proofErr w:type="spellStart"/>
            <w:r w:rsidRPr="00F146C8">
              <w:rPr>
                <w:lang w:val="fr-FR"/>
              </w:rPr>
              <w:t>respingere</w:t>
            </w:r>
            <w:proofErr w:type="spellEnd"/>
            <w:r w:rsidRPr="00F146C8">
              <w:rPr>
                <w:lang w:val="fr-FR"/>
              </w:rPr>
              <w:t xml:space="preserve">, </w:t>
            </w:r>
            <w:proofErr w:type="spellStart"/>
            <w:r w:rsidRPr="00F146C8">
              <w:rPr>
                <w:lang w:val="fr-FR"/>
              </w:rPr>
              <w:t>după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r w:rsidRPr="00F146C8">
              <w:rPr>
                <w:lang w:val="fr-FR"/>
              </w:rPr>
              <w:t>caz</w:t>
            </w:r>
            <w:proofErr w:type="spellEnd"/>
            <w:r w:rsidRPr="00F146C8">
              <w:rPr>
                <w:lang w:val="fr-FR"/>
              </w:rPr>
              <w:t xml:space="preserve">, </w:t>
            </w:r>
            <w:proofErr w:type="spellStart"/>
            <w:r w:rsidRPr="00F146C8">
              <w:rPr>
                <w:lang w:val="fr-FR"/>
              </w:rPr>
              <w:t>respectiv</w:t>
            </w:r>
            <w:proofErr w:type="spellEnd"/>
            <w:r w:rsidRPr="00F146C8">
              <w:rPr>
                <w:lang w:val="fr-FR"/>
              </w:rPr>
              <w:t xml:space="preserve"> </w:t>
            </w:r>
            <w:proofErr w:type="spellStart"/>
            <w:proofErr w:type="gramStart"/>
            <w:r w:rsidRPr="00F146C8">
              <w:rPr>
                <w:lang w:val="fr-FR"/>
              </w:rPr>
              <w:t>pentru</w:t>
            </w:r>
            <w:proofErr w:type="spellEnd"/>
            <w:r w:rsidRPr="00F146C8">
              <w:rPr>
                <w:lang w:val="fr-FR"/>
              </w:rPr>
              <w:t>:</w:t>
            </w:r>
            <w:proofErr w:type="gramEnd"/>
          </w:p>
        </w:tc>
      </w:tr>
    </w:tbl>
    <w:p w14:paraId="78665D98" w14:textId="77777777" w:rsidR="00D06E85" w:rsidRPr="00F146C8" w:rsidRDefault="00D06E8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1606"/>
        <w:gridCol w:w="2409"/>
        <w:gridCol w:w="1606"/>
        <w:gridCol w:w="1606"/>
        <w:gridCol w:w="1606"/>
      </w:tblGrid>
      <w:tr w:rsidR="00D06E85" w14:paraId="410AFAE2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A217826" w14:textId="77777777" w:rsidR="00D06E85" w:rsidRDefault="001F6F9D">
            <w:pPr>
              <w:keepNext/>
            </w:pPr>
            <w:r w:rsidRPr="00F146C8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AVIZELE / ACORDURILE PENTRU CARE SE INVOCĂ APROBAREA TACITĂ</w:t>
            </w:r>
          </w:p>
        </w:tc>
      </w:tr>
      <w:tr w:rsidR="00D06E85" w14:paraId="541D569E" w14:textId="77777777">
        <w:trPr>
          <w:cantSplit/>
          <w:trHeight w:val="510"/>
        </w:trPr>
        <w:tc>
          <w:tcPr>
            <w:tcW w:w="803" w:type="dxa"/>
          </w:tcPr>
          <w:p w14:paraId="5D4788F7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crt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1C5E55E8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6A126784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Avizul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acordul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</w:t>
            </w:r>
            <w:proofErr w:type="spellEnd"/>
          </w:p>
          <w:p w14:paraId="5F1A22AB" w14:textId="77777777" w:rsidR="00D06E85" w:rsidRDefault="00D06E85">
            <w:pPr>
              <w:keepNext/>
            </w:pPr>
          </w:p>
        </w:tc>
        <w:tc>
          <w:tcPr>
            <w:tcW w:w="2409" w:type="dxa"/>
          </w:tcPr>
          <w:p w14:paraId="08B0F3A9" w14:textId="77777777" w:rsidR="00D06E85" w:rsidRPr="00F146C8" w:rsidRDefault="001F6F9D">
            <w:pPr>
              <w:keepNext/>
              <w:rPr>
                <w:lang w:val="fr-FR"/>
              </w:rPr>
            </w:pPr>
            <w:proofErr w:type="spellStart"/>
            <w:r w:rsidRPr="00F146C8">
              <w:rPr>
                <w:b/>
                <w:color w:val="0D5F78"/>
                <w:lang w:val="fr-FR"/>
              </w:rPr>
              <w:t>Instituția</w:t>
            </w:r>
            <w:proofErr w:type="spellEnd"/>
            <w:r w:rsidRPr="00F146C8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F146C8">
              <w:rPr>
                <w:b/>
                <w:color w:val="0D5F78"/>
                <w:lang w:val="fr-FR"/>
              </w:rPr>
              <w:t>entitatea</w:t>
            </w:r>
            <w:proofErr w:type="spellEnd"/>
            <w:r w:rsidRPr="00F146C8">
              <w:rPr>
                <w:b/>
                <w:color w:val="0D5F78"/>
                <w:lang w:val="fr-FR"/>
              </w:rPr>
              <w:t xml:space="preserve"> de la care s-a </w:t>
            </w:r>
            <w:proofErr w:type="spellStart"/>
            <w:r w:rsidRPr="00F146C8">
              <w:rPr>
                <w:b/>
                <w:color w:val="0D5F78"/>
                <w:lang w:val="fr-FR"/>
              </w:rPr>
              <w:t>solicitat</w:t>
            </w:r>
            <w:proofErr w:type="spellEnd"/>
          </w:p>
          <w:p w14:paraId="07803F57" w14:textId="77777777" w:rsidR="00D06E85" w:rsidRPr="00F146C8" w:rsidRDefault="00D06E85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5E0A8EC5" w14:textId="77777777" w:rsidR="00D06E85" w:rsidRDefault="001F6F9D">
            <w:pPr>
              <w:keepNext/>
            </w:pPr>
            <w:proofErr w:type="spellStart"/>
            <w:r>
              <w:rPr>
                <w:b/>
                <w:color w:val="0D5F78"/>
              </w:rPr>
              <w:t>Dată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solicitare</w:t>
            </w:r>
            <w:proofErr w:type="spellEnd"/>
          </w:p>
          <w:p w14:paraId="5614152D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5B7D319E" w14:textId="77777777" w:rsidR="00D06E85" w:rsidRPr="00F146C8" w:rsidRDefault="001F6F9D">
            <w:pPr>
              <w:keepNext/>
              <w:rPr>
                <w:lang w:val="fr-FR"/>
              </w:rPr>
            </w:pPr>
            <w:proofErr w:type="spellStart"/>
            <w:r w:rsidRPr="00F146C8">
              <w:rPr>
                <w:b/>
                <w:color w:val="0D5F78"/>
                <w:lang w:val="fr-FR"/>
              </w:rPr>
              <w:t>Dată</w:t>
            </w:r>
            <w:proofErr w:type="spellEnd"/>
            <w:r w:rsidRPr="00F146C8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146C8">
              <w:rPr>
                <w:b/>
                <w:color w:val="0D5F78"/>
                <w:lang w:val="fr-FR"/>
              </w:rPr>
              <w:t>și</w:t>
            </w:r>
            <w:proofErr w:type="spellEnd"/>
            <w:r w:rsidRPr="00F146C8">
              <w:rPr>
                <w:b/>
                <w:color w:val="0D5F78"/>
                <w:lang w:val="fr-FR"/>
              </w:rPr>
              <w:t xml:space="preserve"> nr. </w:t>
            </w:r>
            <w:proofErr w:type="spellStart"/>
            <w:proofErr w:type="gramStart"/>
            <w:r w:rsidRPr="00F146C8">
              <w:rPr>
                <w:b/>
                <w:color w:val="0D5F78"/>
                <w:lang w:val="fr-FR"/>
              </w:rPr>
              <w:t>depunere</w:t>
            </w:r>
            <w:proofErr w:type="spellEnd"/>
            <w:proofErr w:type="gramEnd"/>
            <w:r w:rsidRPr="00F146C8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146C8">
              <w:rPr>
                <w:b/>
                <w:color w:val="0D5F78"/>
                <w:lang w:val="fr-FR"/>
              </w:rPr>
              <w:t>răspuns</w:t>
            </w:r>
            <w:proofErr w:type="spellEnd"/>
            <w:r w:rsidRPr="00F146C8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F146C8">
              <w:rPr>
                <w:b/>
                <w:color w:val="0D5F78"/>
                <w:lang w:val="fr-FR"/>
              </w:rPr>
              <w:t>clarificări</w:t>
            </w:r>
            <w:proofErr w:type="spellEnd"/>
          </w:p>
          <w:p w14:paraId="6CE5652B" w14:textId="77777777" w:rsidR="00D06E85" w:rsidRPr="00F146C8" w:rsidRDefault="00D06E85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7671C9B" w14:textId="77777777" w:rsidR="00D06E85" w:rsidRDefault="001F6F9D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împlinirii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termenului</w:t>
            </w:r>
            <w:proofErr w:type="spellEnd"/>
          </w:p>
          <w:p w14:paraId="09C13510" w14:textId="77777777" w:rsidR="00D06E85" w:rsidRDefault="00D06E85">
            <w:pPr>
              <w:keepNext/>
            </w:pPr>
          </w:p>
        </w:tc>
      </w:tr>
      <w:tr w:rsidR="00D06E85" w14:paraId="48A100DF" w14:textId="77777777">
        <w:trPr>
          <w:cantSplit/>
          <w:trHeight w:val="510"/>
        </w:trPr>
        <w:tc>
          <w:tcPr>
            <w:tcW w:w="803" w:type="dxa"/>
          </w:tcPr>
          <w:p w14:paraId="0490C0E5" w14:textId="77777777" w:rsidR="00D06E85" w:rsidRDefault="00D06E85">
            <w:pPr>
              <w:keepNext/>
            </w:pPr>
          </w:p>
          <w:p w14:paraId="4044CE55" w14:textId="77777777" w:rsidR="00D06E85" w:rsidRDefault="001F6F9D">
            <w:pPr>
              <w:keepNext/>
            </w:pPr>
            <w:r>
              <w:rPr>
                <w:sz w:val="18"/>
              </w:rPr>
              <w:t>1</w:t>
            </w:r>
          </w:p>
        </w:tc>
        <w:tc>
          <w:tcPr>
            <w:tcW w:w="1606" w:type="dxa"/>
          </w:tcPr>
          <w:p w14:paraId="2AAC751D" w14:textId="77777777" w:rsidR="00D06E85" w:rsidRDefault="00D06E85">
            <w:pPr>
              <w:keepNext/>
            </w:pPr>
          </w:p>
        </w:tc>
        <w:tc>
          <w:tcPr>
            <w:tcW w:w="2409" w:type="dxa"/>
          </w:tcPr>
          <w:p w14:paraId="35159208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1790151A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0D8631E8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7035523E" w14:textId="77777777" w:rsidR="00D06E85" w:rsidRDefault="00D06E85">
            <w:pPr>
              <w:keepNext/>
            </w:pPr>
          </w:p>
        </w:tc>
      </w:tr>
      <w:tr w:rsidR="00D06E85" w14:paraId="1D7536D3" w14:textId="77777777">
        <w:trPr>
          <w:cantSplit/>
          <w:trHeight w:val="510"/>
        </w:trPr>
        <w:tc>
          <w:tcPr>
            <w:tcW w:w="803" w:type="dxa"/>
          </w:tcPr>
          <w:p w14:paraId="63AB37A9" w14:textId="77777777" w:rsidR="00D06E85" w:rsidRDefault="00D06E85">
            <w:pPr>
              <w:keepNext/>
            </w:pPr>
          </w:p>
          <w:p w14:paraId="3A8347A1" w14:textId="77777777" w:rsidR="00D06E85" w:rsidRDefault="001F6F9D">
            <w:pPr>
              <w:keepNext/>
            </w:pPr>
            <w:r>
              <w:rPr>
                <w:sz w:val="18"/>
              </w:rPr>
              <w:t>2</w:t>
            </w:r>
          </w:p>
        </w:tc>
        <w:tc>
          <w:tcPr>
            <w:tcW w:w="1606" w:type="dxa"/>
          </w:tcPr>
          <w:p w14:paraId="595FC148" w14:textId="77777777" w:rsidR="00D06E85" w:rsidRDefault="00D06E85">
            <w:pPr>
              <w:keepNext/>
            </w:pPr>
          </w:p>
        </w:tc>
        <w:tc>
          <w:tcPr>
            <w:tcW w:w="2409" w:type="dxa"/>
          </w:tcPr>
          <w:p w14:paraId="4986C02C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518729BB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4958CB4B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6E7BC659" w14:textId="77777777" w:rsidR="00D06E85" w:rsidRDefault="00D06E85">
            <w:pPr>
              <w:keepNext/>
            </w:pPr>
          </w:p>
        </w:tc>
      </w:tr>
      <w:tr w:rsidR="00D06E85" w14:paraId="66D73194" w14:textId="77777777">
        <w:trPr>
          <w:cantSplit/>
          <w:trHeight w:val="510"/>
        </w:trPr>
        <w:tc>
          <w:tcPr>
            <w:tcW w:w="803" w:type="dxa"/>
          </w:tcPr>
          <w:p w14:paraId="34C5051C" w14:textId="77777777" w:rsidR="00D06E85" w:rsidRDefault="00D06E85">
            <w:pPr>
              <w:keepNext/>
            </w:pPr>
          </w:p>
          <w:p w14:paraId="0561CF74" w14:textId="77777777" w:rsidR="00D06E85" w:rsidRDefault="001F6F9D">
            <w:pPr>
              <w:keepNext/>
            </w:pPr>
            <w:r>
              <w:rPr>
                <w:sz w:val="18"/>
              </w:rPr>
              <w:t>3</w:t>
            </w:r>
          </w:p>
        </w:tc>
        <w:tc>
          <w:tcPr>
            <w:tcW w:w="1606" w:type="dxa"/>
          </w:tcPr>
          <w:p w14:paraId="1460452C" w14:textId="77777777" w:rsidR="00D06E85" w:rsidRDefault="00D06E85">
            <w:pPr>
              <w:keepNext/>
            </w:pPr>
          </w:p>
        </w:tc>
        <w:tc>
          <w:tcPr>
            <w:tcW w:w="2409" w:type="dxa"/>
          </w:tcPr>
          <w:p w14:paraId="4C4A6D05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5E452FF5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1F4DAD5C" w14:textId="77777777" w:rsidR="00D06E85" w:rsidRDefault="00D06E85">
            <w:pPr>
              <w:keepNext/>
            </w:pPr>
          </w:p>
        </w:tc>
        <w:tc>
          <w:tcPr>
            <w:tcW w:w="1606" w:type="dxa"/>
          </w:tcPr>
          <w:p w14:paraId="020076B8" w14:textId="77777777" w:rsidR="00D06E85" w:rsidRDefault="00D06E85">
            <w:pPr>
              <w:keepNext/>
            </w:pPr>
          </w:p>
        </w:tc>
      </w:tr>
      <w:tr w:rsidR="00D06E85" w14:paraId="25E96DD5" w14:textId="77777777">
        <w:trPr>
          <w:cantSplit/>
          <w:trHeight w:val="510"/>
        </w:trPr>
        <w:tc>
          <w:tcPr>
            <w:tcW w:w="803" w:type="dxa"/>
          </w:tcPr>
          <w:p w14:paraId="6895F892" w14:textId="77777777" w:rsidR="00D06E85" w:rsidRDefault="00D06E85"/>
          <w:p w14:paraId="5C6DE8E8" w14:textId="77777777" w:rsidR="00D06E85" w:rsidRDefault="001F6F9D">
            <w:r>
              <w:rPr>
                <w:sz w:val="18"/>
              </w:rPr>
              <w:t>4</w:t>
            </w:r>
          </w:p>
        </w:tc>
        <w:tc>
          <w:tcPr>
            <w:tcW w:w="1606" w:type="dxa"/>
          </w:tcPr>
          <w:p w14:paraId="7F8CED62" w14:textId="77777777" w:rsidR="00D06E85" w:rsidRDefault="00D06E85"/>
        </w:tc>
        <w:tc>
          <w:tcPr>
            <w:tcW w:w="2409" w:type="dxa"/>
          </w:tcPr>
          <w:p w14:paraId="5C7BD863" w14:textId="77777777" w:rsidR="00D06E85" w:rsidRDefault="00D06E85"/>
        </w:tc>
        <w:tc>
          <w:tcPr>
            <w:tcW w:w="1606" w:type="dxa"/>
          </w:tcPr>
          <w:p w14:paraId="16293DB0" w14:textId="77777777" w:rsidR="00D06E85" w:rsidRDefault="00D06E85"/>
        </w:tc>
        <w:tc>
          <w:tcPr>
            <w:tcW w:w="1606" w:type="dxa"/>
          </w:tcPr>
          <w:p w14:paraId="473035BF" w14:textId="77777777" w:rsidR="00D06E85" w:rsidRDefault="00D06E85"/>
        </w:tc>
        <w:tc>
          <w:tcPr>
            <w:tcW w:w="1606" w:type="dxa"/>
          </w:tcPr>
          <w:p w14:paraId="1F8AABB1" w14:textId="77777777" w:rsidR="00D06E85" w:rsidRDefault="00D06E85"/>
        </w:tc>
      </w:tr>
    </w:tbl>
    <w:p w14:paraId="072757A1" w14:textId="77777777" w:rsidR="00D06E85" w:rsidRDefault="00D06E8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06E85" w14:paraId="7FE07876" w14:textId="77777777">
        <w:trPr>
          <w:cantSplit/>
        </w:trPr>
        <w:tc>
          <w:tcPr>
            <w:tcW w:w="9636" w:type="dxa"/>
            <w:shd w:val="clear" w:color="auto" w:fill="F4F4F4"/>
          </w:tcPr>
          <w:p w14:paraId="0B596766" w14:textId="77777777" w:rsidR="00D06E85" w:rsidRDefault="001F6F9D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ASUMAREA RĂSPUNDERII ȘI CONSIMȚĂMÂNTUL</w:t>
            </w:r>
          </w:p>
        </w:tc>
      </w:tr>
      <w:tr w:rsidR="00D06E85" w14:paraId="2A16B9F2" w14:textId="77777777">
        <w:trPr>
          <w:cantSplit/>
        </w:trPr>
        <w:tc>
          <w:tcPr>
            <w:tcW w:w="9636" w:type="dxa"/>
          </w:tcPr>
          <w:p w14:paraId="617A40D9" w14:textId="77777777" w:rsidR="00D06E85" w:rsidRDefault="001F6F9D">
            <w:pPr>
              <w:keepNext/>
              <w:spacing w:line="228" w:lineRule="auto"/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pe propria </w:t>
            </w:r>
            <w:proofErr w:type="spellStart"/>
            <w:r>
              <w:rPr>
                <w:i/>
                <w:sz w:val="17"/>
              </w:rPr>
              <w:t>răspundere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cunoscând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prevederile</w:t>
            </w:r>
            <w:proofErr w:type="spellEnd"/>
            <w:r>
              <w:rPr>
                <w:i/>
                <w:sz w:val="17"/>
              </w:rPr>
              <w:t xml:space="preserve"> art. 326 din </w:t>
            </w:r>
            <w:proofErr w:type="spellStart"/>
            <w:r>
              <w:rPr>
                <w:i/>
                <w:sz w:val="17"/>
              </w:rPr>
              <w:t>Codul</w:t>
            </w:r>
            <w:proofErr w:type="spellEnd"/>
            <w:r>
              <w:rPr>
                <w:i/>
                <w:sz w:val="17"/>
              </w:rPr>
              <w:t xml:space="preserve"> penal </w:t>
            </w:r>
            <w:proofErr w:type="spellStart"/>
            <w:r>
              <w:rPr>
                <w:i/>
                <w:sz w:val="17"/>
              </w:rPr>
              <w:t>privind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falsul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declarații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datele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înscrise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prezenta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cerere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documentele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anexate</w:t>
            </w:r>
            <w:proofErr w:type="spellEnd"/>
            <w:r>
              <w:rPr>
                <w:i/>
                <w:sz w:val="17"/>
              </w:rPr>
              <w:t xml:space="preserve"> sunt </w:t>
            </w:r>
            <w:proofErr w:type="spellStart"/>
            <w:r>
              <w:rPr>
                <w:i/>
                <w:sz w:val="17"/>
              </w:rPr>
              <w:t>reale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corecte</w:t>
            </w:r>
            <w:proofErr w:type="spellEnd"/>
            <w:r>
              <w:rPr>
                <w:i/>
                <w:sz w:val="17"/>
              </w:rPr>
              <w:t xml:space="preserve">, complete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perfect </w:t>
            </w:r>
            <w:proofErr w:type="spellStart"/>
            <w:r>
              <w:rPr>
                <w:i/>
                <w:sz w:val="17"/>
              </w:rPr>
              <w:t>valabile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înțeleg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invocarea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fața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unei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autorități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sau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instituții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publice</w:t>
            </w:r>
            <w:proofErr w:type="spellEnd"/>
            <w:r>
              <w:rPr>
                <w:i/>
                <w:sz w:val="17"/>
              </w:rPr>
              <w:t xml:space="preserve"> a </w:t>
            </w:r>
            <w:proofErr w:type="spellStart"/>
            <w:r>
              <w:rPr>
                <w:i/>
                <w:sz w:val="17"/>
              </w:rPr>
              <w:t>obținerii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unui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aviz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sau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acord</w:t>
            </w:r>
            <w:proofErr w:type="spellEnd"/>
            <w:r>
              <w:rPr>
                <w:i/>
                <w:sz w:val="17"/>
              </w:rPr>
              <w:t xml:space="preserve"> ca </w:t>
            </w:r>
            <w:proofErr w:type="spellStart"/>
            <w:r>
              <w:rPr>
                <w:i/>
                <w:sz w:val="17"/>
              </w:rPr>
              <w:t>urmare</w:t>
            </w:r>
            <w:proofErr w:type="spellEnd"/>
            <w:r>
              <w:rPr>
                <w:i/>
                <w:sz w:val="17"/>
              </w:rPr>
              <w:t xml:space="preserve"> a </w:t>
            </w:r>
            <w:proofErr w:type="spellStart"/>
            <w:r>
              <w:rPr>
                <w:i/>
                <w:sz w:val="17"/>
              </w:rPr>
              <w:t>procedurii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aprobării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tacite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omițând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știință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prezentarea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răspunsului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ori</w:t>
            </w:r>
            <w:proofErr w:type="spellEnd"/>
            <w:r>
              <w:rPr>
                <w:i/>
                <w:sz w:val="17"/>
              </w:rPr>
              <w:t xml:space="preserve"> a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primite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cadrul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procesului</w:t>
            </w:r>
            <w:proofErr w:type="spellEnd"/>
            <w:r>
              <w:rPr>
                <w:i/>
                <w:sz w:val="17"/>
              </w:rPr>
              <w:t xml:space="preserve"> de </w:t>
            </w:r>
            <w:proofErr w:type="spellStart"/>
            <w:r>
              <w:rPr>
                <w:i/>
                <w:sz w:val="17"/>
              </w:rPr>
              <w:t>emitere</w:t>
            </w:r>
            <w:proofErr w:type="spellEnd"/>
            <w:r>
              <w:rPr>
                <w:i/>
                <w:sz w:val="17"/>
              </w:rPr>
              <w:t xml:space="preserve"> a </w:t>
            </w:r>
            <w:proofErr w:type="spellStart"/>
            <w:r>
              <w:rPr>
                <w:i/>
                <w:sz w:val="17"/>
              </w:rPr>
              <w:t>avizelor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acordurilor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reprezintă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fals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declarații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constituie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infracțiune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pedepsește</w:t>
            </w:r>
            <w:proofErr w:type="spellEnd"/>
            <w:r>
              <w:rPr>
                <w:i/>
                <w:sz w:val="17"/>
              </w:rPr>
              <w:t xml:space="preserve"> conform </w:t>
            </w:r>
            <w:proofErr w:type="spellStart"/>
            <w:r>
              <w:rPr>
                <w:i/>
                <w:sz w:val="17"/>
              </w:rPr>
              <w:t>legii</w:t>
            </w:r>
            <w:proofErr w:type="spellEnd"/>
            <w:r>
              <w:rPr>
                <w:i/>
                <w:sz w:val="17"/>
              </w:rPr>
              <w:t>.</w:t>
            </w:r>
          </w:p>
        </w:tc>
      </w:tr>
      <w:tr w:rsidR="00D06E85" w14:paraId="1F2EAE20" w14:textId="77777777">
        <w:trPr>
          <w:cantSplit/>
        </w:trPr>
        <w:tc>
          <w:tcPr>
            <w:tcW w:w="9636" w:type="dxa"/>
            <w:shd w:val="clear" w:color="auto" w:fill="F4F4F4"/>
          </w:tcPr>
          <w:p w14:paraId="44E84F15" w14:textId="77777777" w:rsidR="00D06E85" w:rsidRDefault="001F6F9D">
            <w:pPr>
              <w:keepNext/>
              <w:spacing w:line="228" w:lineRule="auto"/>
            </w:pPr>
            <w:r>
              <w:t xml:space="preserve">Sunt de </w:t>
            </w:r>
            <w:proofErr w:type="spellStart"/>
            <w:r>
              <w:t>acord</w:t>
            </w:r>
            <w:proofErr w:type="spellEnd"/>
            <w:r>
              <w:t xml:space="preserve"> ca ………………………………………………………………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prelucreze</w:t>
            </w:r>
            <w:proofErr w:type="spellEnd"/>
            <w:r>
              <w:t xml:space="preserve"> </w:t>
            </w:r>
            <w:proofErr w:type="spellStart"/>
            <w:r>
              <w:t>datele</w:t>
            </w:r>
            <w:proofErr w:type="spellEnd"/>
            <w:r>
              <w:t xml:space="preserve"> mele cu </w:t>
            </w:r>
            <w:proofErr w:type="spellStart"/>
            <w:r>
              <w:t>caracter</w:t>
            </w:r>
            <w:proofErr w:type="spellEnd"/>
            <w:r>
              <w:t xml:space="preserve"> personal,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conformitate</w:t>
            </w:r>
            <w:proofErr w:type="spellEnd"/>
            <w:r>
              <w:t xml:space="preserve"> cu </w:t>
            </w:r>
            <w:proofErr w:type="spellStart"/>
            <w:r>
              <w:t>prevederile</w:t>
            </w:r>
            <w:proofErr w:type="spellEnd"/>
            <w:r>
              <w:t xml:space="preserve"> </w:t>
            </w:r>
            <w:proofErr w:type="spellStart"/>
            <w:r>
              <w:t>Regulamentului</w:t>
            </w:r>
            <w:proofErr w:type="spellEnd"/>
            <w:r>
              <w:t xml:space="preserve"> (UE) nr. 679/2016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protecția</w:t>
            </w:r>
            <w:proofErr w:type="spellEnd"/>
            <w:r>
              <w:t xml:space="preserve"> </w:t>
            </w:r>
            <w:proofErr w:type="spellStart"/>
            <w:r>
              <w:t>persoanelor</w:t>
            </w:r>
            <w:proofErr w:type="spellEnd"/>
            <w:r>
              <w:t xml:space="preserve"> </w:t>
            </w:r>
            <w:proofErr w:type="spellStart"/>
            <w:r>
              <w:t>fizice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ceea</w:t>
            </w:r>
            <w:proofErr w:type="spellEnd"/>
            <w:r>
              <w:t xml:space="preserve">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privește</w:t>
            </w:r>
            <w:proofErr w:type="spellEnd"/>
            <w:r>
              <w:t xml:space="preserve"> </w:t>
            </w:r>
            <w:proofErr w:type="spellStart"/>
            <w:r>
              <w:t>prelucrarea</w:t>
            </w:r>
            <w:proofErr w:type="spellEnd"/>
            <w:r>
              <w:t xml:space="preserve"> </w:t>
            </w:r>
            <w:proofErr w:type="spellStart"/>
            <w:r>
              <w:t>datelor</w:t>
            </w:r>
            <w:proofErr w:type="spellEnd"/>
            <w:r>
              <w:t xml:space="preserve"> cu </w:t>
            </w:r>
            <w:proofErr w:type="spellStart"/>
            <w:r>
              <w:t>caracter</w:t>
            </w:r>
            <w:proofErr w:type="spellEnd"/>
            <w:r>
              <w:t xml:space="preserve"> personal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libera </w:t>
            </w:r>
            <w:proofErr w:type="spellStart"/>
            <w:r>
              <w:t>circulație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acestor</w:t>
            </w:r>
            <w:proofErr w:type="spellEnd"/>
            <w:r>
              <w:t xml:space="preserve"> date </w:t>
            </w:r>
            <w:proofErr w:type="spellStart"/>
            <w:r>
              <w:t>și</w:t>
            </w:r>
            <w:proofErr w:type="spellEnd"/>
            <w:r>
              <w:t xml:space="preserve"> de </w:t>
            </w:r>
            <w:proofErr w:type="spellStart"/>
            <w:r>
              <w:t>abrogare</w:t>
            </w:r>
            <w:proofErr w:type="spellEnd"/>
            <w:r>
              <w:t xml:space="preserve"> a </w:t>
            </w:r>
            <w:proofErr w:type="spellStart"/>
            <w:r>
              <w:t>Directivei</w:t>
            </w:r>
            <w:proofErr w:type="spellEnd"/>
            <w:r>
              <w:t xml:space="preserve"> 95/46/CE (</w:t>
            </w:r>
            <w:proofErr w:type="spellStart"/>
            <w:r>
              <w:t>Regulamentul</w:t>
            </w:r>
            <w:proofErr w:type="spellEnd"/>
            <w:r>
              <w:t xml:space="preserve"> general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protecția</w:t>
            </w:r>
            <w:proofErr w:type="spellEnd"/>
            <w:r>
              <w:t xml:space="preserve"> </w:t>
            </w:r>
            <w:proofErr w:type="spellStart"/>
            <w:r>
              <w:t>datelor</w:t>
            </w:r>
            <w:proofErr w:type="spellEnd"/>
            <w:r>
              <w:t xml:space="preserve">) — GDPR. </w:t>
            </w:r>
            <w:proofErr w:type="spellStart"/>
            <w:r>
              <w:t>Temeiul</w:t>
            </w:r>
            <w:proofErr w:type="spellEnd"/>
            <w:r>
              <w:t xml:space="preserve"> juridic al </w:t>
            </w:r>
            <w:proofErr w:type="spellStart"/>
            <w:r>
              <w:t>prelucrării</w:t>
            </w:r>
            <w:proofErr w:type="spellEnd"/>
            <w:r>
              <w:t xml:space="preserve"> </w:t>
            </w:r>
            <w:proofErr w:type="spellStart"/>
            <w:r>
              <w:t>acestor</w:t>
            </w:r>
            <w:proofErr w:type="spellEnd"/>
            <w:r>
              <w:t xml:space="preserve"> date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consimțământul</w:t>
            </w:r>
            <w:proofErr w:type="spellEnd"/>
            <w:r>
              <w:t xml:space="preserve"> </w:t>
            </w:r>
            <w:proofErr w:type="spellStart"/>
            <w:r>
              <w:t>subsemnatei</w:t>
            </w:r>
            <w:proofErr w:type="spellEnd"/>
            <w:r>
              <w:t xml:space="preserve"> / </w:t>
            </w:r>
            <w:proofErr w:type="spellStart"/>
            <w:r>
              <w:t>subsemnatului</w:t>
            </w:r>
            <w:proofErr w:type="spellEnd"/>
            <w:r>
              <w:t xml:space="preserve">. </w:t>
            </w:r>
            <w:proofErr w:type="spellStart"/>
            <w:r>
              <w:t>Consimțământul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ceea</w:t>
            </w:r>
            <w:proofErr w:type="spellEnd"/>
            <w:r>
              <w:t xml:space="preserve">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privește</w:t>
            </w:r>
            <w:proofErr w:type="spellEnd"/>
            <w:r>
              <w:t xml:space="preserve"> </w:t>
            </w:r>
            <w:proofErr w:type="spellStart"/>
            <w:r>
              <w:t>prelucrarea</w:t>
            </w:r>
            <w:proofErr w:type="spellEnd"/>
            <w:r>
              <w:t xml:space="preserve"> </w:t>
            </w:r>
            <w:proofErr w:type="spellStart"/>
            <w:r>
              <w:t>datelor</w:t>
            </w:r>
            <w:proofErr w:type="spellEnd"/>
            <w:r>
              <w:t xml:space="preserve"> cu </w:t>
            </w:r>
            <w:proofErr w:type="spellStart"/>
            <w:r>
              <w:t>caracter</w:t>
            </w:r>
            <w:proofErr w:type="spellEnd"/>
            <w:r>
              <w:t xml:space="preserve"> personal, precum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furnizarea</w:t>
            </w:r>
            <w:proofErr w:type="spellEnd"/>
            <w:r>
              <w:t xml:space="preserve"> </w:t>
            </w:r>
            <w:proofErr w:type="spellStart"/>
            <w:r>
              <w:t>datelor</w:t>
            </w:r>
            <w:proofErr w:type="spellEnd"/>
            <w:r>
              <w:t xml:space="preserve"> </w:t>
            </w:r>
            <w:proofErr w:type="spellStart"/>
            <w:r>
              <w:t>menționate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jos</w:t>
            </w:r>
            <w:proofErr w:type="spellEnd"/>
            <w:r>
              <w:t xml:space="preserve"> sunt </w:t>
            </w:r>
            <w:proofErr w:type="spellStart"/>
            <w:r>
              <w:t>voluntare</w:t>
            </w:r>
            <w:proofErr w:type="spellEnd"/>
            <w:r>
              <w:t xml:space="preserve">. </w:t>
            </w:r>
            <w:proofErr w:type="spellStart"/>
            <w:r>
              <w:t>Acest</w:t>
            </w:r>
            <w:proofErr w:type="spellEnd"/>
            <w:r>
              <w:t xml:space="preserve"> </w:t>
            </w:r>
            <w:proofErr w:type="spellStart"/>
            <w:r>
              <w:t>consimțământ</w:t>
            </w:r>
            <w:proofErr w:type="spellEnd"/>
            <w:r>
              <w:t xml:space="preserve"> </w:t>
            </w:r>
            <w:proofErr w:type="spellStart"/>
            <w:r>
              <w:t>poate</w:t>
            </w:r>
            <w:proofErr w:type="spellEnd"/>
            <w:r>
              <w:t xml:space="preserve"> fi </w:t>
            </w:r>
            <w:proofErr w:type="spellStart"/>
            <w:r>
              <w:t>revocat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orice</w:t>
            </w:r>
            <w:proofErr w:type="spellEnd"/>
            <w:r>
              <w:t xml:space="preserve"> moment, </w:t>
            </w:r>
            <w:proofErr w:type="spellStart"/>
            <w:r>
              <w:t>printr</w:t>
            </w:r>
            <w:proofErr w:type="spellEnd"/>
            <w:r>
              <w:t xml:space="preserve">-o </w:t>
            </w:r>
            <w:proofErr w:type="spellStart"/>
            <w:r>
              <w:t>notificare</w:t>
            </w:r>
            <w:proofErr w:type="spellEnd"/>
            <w:r>
              <w:t xml:space="preserve"> </w:t>
            </w:r>
            <w:proofErr w:type="spellStart"/>
            <w:r>
              <w:t>către</w:t>
            </w:r>
            <w:proofErr w:type="spellEnd"/>
            <w:r>
              <w:t xml:space="preserve"> ……………………………………………………………, conform </w:t>
            </w:r>
            <w:proofErr w:type="spellStart"/>
            <w:r>
              <w:t>prevederilor</w:t>
            </w:r>
            <w:proofErr w:type="spellEnd"/>
            <w:r>
              <w:t xml:space="preserve"> GDPR </w:t>
            </w:r>
            <w:proofErr w:type="spellStart"/>
            <w:r>
              <w:t>referitoare</w:t>
            </w:r>
            <w:proofErr w:type="spellEnd"/>
            <w:r>
              <w:t xml:space="preserve"> la </w:t>
            </w:r>
            <w:proofErr w:type="spellStart"/>
            <w:r>
              <w:t>drepturile</w:t>
            </w:r>
            <w:proofErr w:type="spellEnd"/>
            <w:r>
              <w:t xml:space="preserve"> </w:t>
            </w:r>
            <w:proofErr w:type="spellStart"/>
            <w:r>
              <w:t>persoanelor</w:t>
            </w:r>
            <w:proofErr w:type="spellEnd"/>
            <w:r>
              <w:t xml:space="preserve"> </w:t>
            </w:r>
            <w:proofErr w:type="spellStart"/>
            <w:r>
              <w:t>vizate</w:t>
            </w:r>
            <w:proofErr w:type="spellEnd"/>
            <w:r>
              <w:t xml:space="preserve">. </w:t>
            </w:r>
            <w:proofErr w:type="spellStart"/>
            <w:r>
              <w:t>Toate</w:t>
            </w:r>
            <w:proofErr w:type="spellEnd"/>
            <w:r>
              <w:t xml:space="preserve"> </w:t>
            </w:r>
            <w:proofErr w:type="spellStart"/>
            <w:r>
              <w:t>datele</w:t>
            </w:r>
            <w:proofErr w:type="spellEnd"/>
            <w:r>
              <w:t xml:space="preserve"> cu </w:t>
            </w:r>
            <w:proofErr w:type="spellStart"/>
            <w:r>
              <w:t>caracter</w:t>
            </w:r>
            <w:proofErr w:type="spellEnd"/>
            <w:r>
              <w:t xml:space="preserve"> personal </w:t>
            </w:r>
            <w:proofErr w:type="spellStart"/>
            <w:r>
              <w:t>colectate</w:t>
            </w:r>
            <w:proofErr w:type="spellEnd"/>
            <w:r>
              <w:t xml:space="preserve"> </w:t>
            </w:r>
            <w:proofErr w:type="spellStart"/>
            <w:r>
              <w:t>vor</w:t>
            </w:r>
            <w:proofErr w:type="spellEnd"/>
            <w:r>
              <w:t xml:space="preserve"> fi </w:t>
            </w:r>
            <w:proofErr w:type="spellStart"/>
            <w:r>
              <w:t>stocate</w:t>
            </w:r>
            <w:proofErr w:type="spellEnd"/>
            <w:r>
              <w:t xml:space="preserve"> </w:t>
            </w:r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cât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necesar</w:t>
            </w:r>
            <w:proofErr w:type="spellEnd"/>
            <w:r>
              <w:t xml:space="preserve"> </w:t>
            </w:r>
            <w:proofErr w:type="spellStart"/>
            <w:r>
              <w:t>îndeplinirii</w:t>
            </w:r>
            <w:proofErr w:type="spellEnd"/>
            <w:r>
              <w:t xml:space="preserve"> </w:t>
            </w:r>
            <w:proofErr w:type="spellStart"/>
            <w:r>
              <w:t>scopului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care au </w:t>
            </w:r>
            <w:proofErr w:type="spellStart"/>
            <w:r>
              <w:t>fost</w:t>
            </w:r>
            <w:proofErr w:type="spellEnd"/>
            <w:r>
              <w:t xml:space="preserve"> </w:t>
            </w:r>
            <w:proofErr w:type="spellStart"/>
            <w:r>
              <w:t>colectate</w:t>
            </w:r>
            <w:proofErr w:type="spellEnd"/>
            <w:r>
              <w:t xml:space="preserve">, plus </w:t>
            </w:r>
            <w:proofErr w:type="spellStart"/>
            <w:r>
              <w:t>termenele</w:t>
            </w:r>
            <w:proofErr w:type="spellEnd"/>
            <w:r>
              <w:t xml:space="preserve"> de </w:t>
            </w:r>
            <w:proofErr w:type="spellStart"/>
            <w:r>
              <w:t>arhivare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de </w:t>
            </w:r>
            <w:proofErr w:type="spellStart"/>
            <w:r>
              <w:t>dispozițiile</w:t>
            </w:r>
            <w:proofErr w:type="spellEnd"/>
            <w:r>
              <w:t xml:space="preserve"> </w:t>
            </w:r>
            <w:proofErr w:type="spellStart"/>
            <w:r>
              <w:t>legale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materie</w:t>
            </w:r>
            <w:proofErr w:type="spellEnd"/>
            <w:r>
              <w:t xml:space="preserve">, </w:t>
            </w:r>
            <w:proofErr w:type="spellStart"/>
            <w:r>
              <w:t>și</w:t>
            </w:r>
            <w:proofErr w:type="spellEnd"/>
            <w:r>
              <w:t>/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atât</w:t>
            </w:r>
            <w:proofErr w:type="spellEnd"/>
            <w:r>
              <w:t xml:space="preserve"> </w:t>
            </w:r>
            <w:proofErr w:type="spellStart"/>
            <w:r>
              <w:t>cât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necesar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ca </w:t>
            </w:r>
            <w:proofErr w:type="spellStart"/>
            <w:r>
              <w:t>părțile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își</w:t>
            </w:r>
            <w:proofErr w:type="spellEnd"/>
            <w:r>
              <w:t xml:space="preserve"> </w:t>
            </w:r>
            <w:proofErr w:type="spellStart"/>
            <w:r>
              <w:t>poată</w:t>
            </w:r>
            <w:proofErr w:type="spellEnd"/>
            <w:r>
              <w:t xml:space="preserve"> </w:t>
            </w:r>
            <w:proofErr w:type="spellStart"/>
            <w:r>
              <w:t>exercita</w:t>
            </w:r>
            <w:proofErr w:type="spellEnd"/>
            <w:r>
              <w:t xml:space="preserve"> </w:t>
            </w:r>
            <w:proofErr w:type="spellStart"/>
            <w:r>
              <w:t>drepturile</w:t>
            </w:r>
            <w:proofErr w:type="spellEnd"/>
            <w:r>
              <w:t xml:space="preserve"> legitime.</w:t>
            </w:r>
          </w:p>
        </w:tc>
      </w:tr>
      <w:tr w:rsidR="00D06E85" w14:paraId="4ED5476F" w14:textId="77777777">
        <w:trPr>
          <w:cantSplit/>
        </w:trPr>
        <w:tc>
          <w:tcPr>
            <w:tcW w:w="9636" w:type="dxa"/>
          </w:tcPr>
          <w:p w14:paraId="5CDABEC4" w14:textId="77777777" w:rsidR="00D06E85" w:rsidRDefault="001F6F9D">
            <w:pPr>
              <w:spacing w:line="228" w:lineRule="auto"/>
            </w:pPr>
            <w:r>
              <w:rPr>
                <w:i/>
                <w:sz w:val="17"/>
              </w:rPr>
              <w:t xml:space="preserve">Am </w:t>
            </w:r>
            <w:proofErr w:type="spellStart"/>
            <w:r>
              <w:rPr>
                <w:i/>
                <w:sz w:val="17"/>
              </w:rPr>
              <w:t>înțeles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această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declarație</w:t>
            </w:r>
            <w:proofErr w:type="spellEnd"/>
            <w:r>
              <w:rPr>
                <w:i/>
                <w:sz w:val="17"/>
              </w:rPr>
              <w:t xml:space="preserve"> de </w:t>
            </w:r>
            <w:proofErr w:type="spellStart"/>
            <w:r>
              <w:rPr>
                <w:i/>
                <w:sz w:val="17"/>
              </w:rPr>
              <w:t>consimțământ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sunt de </w:t>
            </w:r>
            <w:proofErr w:type="spellStart"/>
            <w:r>
              <w:rPr>
                <w:i/>
                <w:sz w:val="17"/>
              </w:rPr>
              <w:t>acord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prelucrarea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datelor</w:t>
            </w:r>
            <w:proofErr w:type="spellEnd"/>
            <w:r>
              <w:rPr>
                <w:i/>
                <w:sz w:val="17"/>
              </w:rPr>
              <w:t xml:space="preserve"> mele cu </w:t>
            </w:r>
            <w:proofErr w:type="spellStart"/>
            <w:r>
              <w:rPr>
                <w:i/>
                <w:sz w:val="17"/>
              </w:rPr>
              <w:t>caracter</w:t>
            </w:r>
            <w:proofErr w:type="spellEnd"/>
            <w:r>
              <w:rPr>
                <w:i/>
                <w:sz w:val="17"/>
              </w:rPr>
              <w:t xml:space="preserve"> personal.</w:t>
            </w:r>
          </w:p>
        </w:tc>
      </w:tr>
    </w:tbl>
    <w:p w14:paraId="67224C2E" w14:textId="77777777" w:rsidR="00D06E85" w:rsidRDefault="00D06E8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D06E85" w14:paraId="650C258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9D17F44" w14:textId="77777777" w:rsidR="00D06E85" w:rsidRDefault="001F6F9D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D06E85" w14:paraId="0EF0880A" w14:textId="77777777">
        <w:trPr>
          <w:cantSplit/>
          <w:trHeight w:val="510"/>
        </w:trPr>
        <w:tc>
          <w:tcPr>
            <w:tcW w:w="1606" w:type="dxa"/>
          </w:tcPr>
          <w:p w14:paraId="1E086D02" w14:textId="77777777" w:rsidR="00D06E85" w:rsidRDefault="001F6F9D">
            <w:r>
              <w:rPr>
                <w:b/>
                <w:color w:val="0D5F78"/>
              </w:rPr>
              <w:t>Data</w:t>
            </w:r>
          </w:p>
          <w:p w14:paraId="444AABB6" w14:textId="77777777" w:rsidR="00D06E85" w:rsidRDefault="00D06E85"/>
        </w:tc>
        <w:tc>
          <w:tcPr>
            <w:tcW w:w="4818" w:type="dxa"/>
          </w:tcPr>
          <w:p w14:paraId="7FAA319E" w14:textId="77777777" w:rsidR="00D06E85" w:rsidRDefault="001F6F9D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3F3E65B2" w14:textId="77777777" w:rsidR="00D06E85" w:rsidRDefault="00D06E85"/>
        </w:tc>
        <w:tc>
          <w:tcPr>
            <w:tcW w:w="3212" w:type="dxa"/>
          </w:tcPr>
          <w:p w14:paraId="57D03BB3" w14:textId="77777777" w:rsidR="00D06E85" w:rsidRDefault="001F6F9D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6A8F1A4A" w14:textId="77777777" w:rsidR="00D06E85" w:rsidRDefault="00D06E85"/>
        </w:tc>
      </w:tr>
    </w:tbl>
    <w:p w14:paraId="3C9FA47A" w14:textId="77777777" w:rsidR="00D06E85" w:rsidRDefault="00D06E85">
      <w:pPr>
        <w:spacing w:line="168" w:lineRule="auto"/>
      </w:pPr>
    </w:p>
    <w:sectPr w:rsidR="00D06E8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611EB" w14:textId="77777777" w:rsidR="00627A36" w:rsidRDefault="00627A36">
      <w:r>
        <w:separator/>
      </w:r>
    </w:p>
  </w:endnote>
  <w:endnote w:type="continuationSeparator" w:id="0">
    <w:p w14:paraId="40950174" w14:textId="77777777" w:rsidR="00627A36" w:rsidRDefault="0062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7F329" w14:textId="00E6D5B0" w:rsidR="00D06E85" w:rsidRDefault="001F6F9D">
    <w:pPr>
      <w:pStyle w:val="Footer"/>
      <w:tabs>
        <w:tab w:val="right" w:pos="9639"/>
      </w:tabs>
    </w:pPr>
    <w:r>
      <w:rPr>
        <w:color w:val="595959"/>
      </w:rPr>
      <w:t xml:space="preserve">F_A_03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7560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7560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8D923" w14:textId="77777777" w:rsidR="00627A36" w:rsidRDefault="00627A36">
      <w:r>
        <w:separator/>
      </w:r>
    </w:p>
  </w:footnote>
  <w:footnote w:type="continuationSeparator" w:id="0">
    <w:p w14:paraId="7DE4DC45" w14:textId="77777777" w:rsidR="00627A36" w:rsidRDefault="00627A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3025084">
    <w:abstractNumId w:val="8"/>
  </w:num>
  <w:num w:numId="2" w16cid:durableId="1218855285">
    <w:abstractNumId w:val="6"/>
  </w:num>
  <w:num w:numId="3" w16cid:durableId="1534420519">
    <w:abstractNumId w:val="5"/>
  </w:num>
  <w:num w:numId="4" w16cid:durableId="799686133">
    <w:abstractNumId w:val="4"/>
  </w:num>
  <w:num w:numId="5" w16cid:durableId="1478378960">
    <w:abstractNumId w:val="7"/>
  </w:num>
  <w:num w:numId="6" w16cid:durableId="1575703146">
    <w:abstractNumId w:val="3"/>
  </w:num>
  <w:num w:numId="7" w16cid:durableId="560604293">
    <w:abstractNumId w:val="2"/>
  </w:num>
  <w:num w:numId="8" w16cid:durableId="1607688777">
    <w:abstractNumId w:val="1"/>
  </w:num>
  <w:num w:numId="9" w16cid:durableId="782919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6F9D"/>
    <w:rsid w:val="0029639D"/>
    <w:rsid w:val="00326F90"/>
    <w:rsid w:val="003438FD"/>
    <w:rsid w:val="00424DBA"/>
    <w:rsid w:val="00627A36"/>
    <w:rsid w:val="006C103E"/>
    <w:rsid w:val="009A44BD"/>
    <w:rsid w:val="00AA1D8D"/>
    <w:rsid w:val="00B23FEC"/>
    <w:rsid w:val="00B47730"/>
    <w:rsid w:val="00CB0664"/>
    <w:rsid w:val="00CB65B2"/>
    <w:rsid w:val="00CC4B60"/>
    <w:rsid w:val="00D06E85"/>
    <w:rsid w:val="00D75601"/>
    <w:rsid w:val="00DC105D"/>
    <w:rsid w:val="00E61A6B"/>
    <w:rsid w:val="00E7335B"/>
    <w:rsid w:val="00F146C8"/>
    <w:rsid w:val="00F479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3F5C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DC10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3DDD1C-6E1F-44D5-ADFE-AC701670D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2</cp:revision>
  <dcterms:created xsi:type="dcterms:W3CDTF">2026-09-04T09:56:00Z</dcterms:created>
  <dcterms:modified xsi:type="dcterms:W3CDTF">2026-09-04T09:56:00Z</dcterms:modified>
  <cp:category/>
</cp:coreProperties>
</file>