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A1E13" w14:paraId="5716EEB1" w14:textId="77777777" w:rsidTr="00B07360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E281C5A" w14:textId="3DD55E6A" w:rsidR="005A1E13" w:rsidRDefault="005A1E13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3D48DED" w14:textId="77777777" w:rsidR="005A1E13" w:rsidRDefault="005A1E13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C557FDB" w14:textId="77777777" w:rsidR="005A1E13" w:rsidRDefault="005A1E13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5A1E13" w14:paraId="1F887203" w14:textId="77777777" w:rsidTr="00B07360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5CFD8FD" w14:textId="77777777" w:rsidR="005A1E13" w:rsidRDefault="005A1E13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1C42FD6" w14:textId="77777777" w:rsidR="005A1E13" w:rsidRDefault="005A1E13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E6BFAFC" w14:textId="5785A9F1" w:rsidR="005A1E13" w:rsidRDefault="0099271E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5A1E13" w14:paraId="1F34E815" w14:textId="77777777" w:rsidTr="00B07360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508A961C" w14:textId="77777777" w:rsidR="005A1E13" w:rsidRDefault="005A1E13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FAD92C6" w14:textId="77777777" w:rsidR="005A1E13" w:rsidRDefault="005A1E13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70E4B7A1" w14:textId="0DDB0BA4" w:rsidR="005A1E13" w:rsidRDefault="0099271E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B1D2CC4" w14:textId="77777777" w:rsidR="0099271E" w:rsidRPr="0099271E" w:rsidRDefault="0099271E" w:rsidP="0099271E">
            <w:pPr>
              <w:keepNext/>
              <w:rPr>
                <w:b/>
                <w:color w:val="0D5F78"/>
              </w:rPr>
            </w:pPr>
            <w:proofErr w:type="spellStart"/>
            <w:r w:rsidRPr="0099271E">
              <w:rPr>
                <w:b/>
                <w:color w:val="0D5F78"/>
              </w:rPr>
              <w:t>Adresa</w:t>
            </w:r>
            <w:proofErr w:type="spellEnd"/>
            <w:r w:rsidRPr="0099271E">
              <w:rPr>
                <w:b/>
                <w:color w:val="0D5F78"/>
              </w:rPr>
              <w:t xml:space="preserve"> </w:t>
            </w:r>
            <w:proofErr w:type="spellStart"/>
            <w:r w:rsidRPr="0099271E">
              <w:rPr>
                <w:b/>
                <w:color w:val="0D5F78"/>
              </w:rPr>
              <w:t>oficială</w:t>
            </w:r>
            <w:proofErr w:type="spellEnd"/>
          </w:p>
          <w:p w14:paraId="7EBFCD53" w14:textId="694B3F4E" w:rsidR="005A1E13" w:rsidRDefault="0099271E" w:rsidP="0099271E">
            <w:pPr>
              <w:keepNext/>
              <w:rPr>
                <w:sz w:val="18"/>
                <w:szCs w:val="18"/>
              </w:rPr>
            </w:pPr>
            <w:proofErr w:type="spellStart"/>
            <w:r w:rsidRPr="0099271E">
              <w:rPr>
                <w:b/>
                <w:i/>
                <w:color w:val="0D5F78"/>
              </w:rPr>
              <w:t>Comuna</w:t>
            </w:r>
            <w:proofErr w:type="spellEnd"/>
            <w:r w:rsidRPr="0099271E">
              <w:rPr>
                <w:b/>
                <w:i/>
                <w:color w:val="0D5F78"/>
              </w:rPr>
              <w:t xml:space="preserve"> Nicolae Bălcescu, sat Nicolae Bălcescu, </w:t>
            </w:r>
            <w:proofErr w:type="spellStart"/>
            <w:r w:rsidRPr="0099271E">
              <w:rPr>
                <w:b/>
                <w:i/>
                <w:color w:val="0D5F78"/>
              </w:rPr>
              <w:t>strada</w:t>
            </w:r>
            <w:proofErr w:type="spellEnd"/>
            <w:r w:rsidRPr="0099271E">
              <w:rPr>
                <w:b/>
                <w:i/>
                <w:color w:val="0D5F78"/>
              </w:rPr>
              <w:t xml:space="preserve"> </w:t>
            </w:r>
            <w:proofErr w:type="spellStart"/>
            <w:r w:rsidRPr="0099271E">
              <w:rPr>
                <w:b/>
                <w:i/>
                <w:color w:val="0D5F78"/>
              </w:rPr>
              <w:t>Eroilor</w:t>
            </w:r>
            <w:proofErr w:type="spellEnd"/>
            <w:r w:rsidRPr="0099271E">
              <w:rPr>
                <w:b/>
                <w:i/>
                <w:color w:val="0D5F78"/>
              </w:rPr>
              <w:t xml:space="preserve">, nr.380, </w:t>
            </w:r>
            <w:proofErr w:type="spellStart"/>
            <w:r w:rsidRPr="0099271E">
              <w:rPr>
                <w:b/>
                <w:i/>
                <w:color w:val="0D5F78"/>
              </w:rPr>
              <w:t>județul</w:t>
            </w:r>
            <w:proofErr w:type="spellEnd"/>
            <w:r w:rsidRPr="0099271E">
              <w:rPr>
                <w:b/>
                <w:i/>
                <w:color w:val="0D5F78"/>
              </w:rPr>
              <w:t xml:space="preserve"> Bacău, tel.0234214071, email: registratura@primaria-nicolae-balcescu.ro </w:t>
            </w:r>
            <w:r w:rsidR="005A1E13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5A1E13" w14:paraId="4890EF36" w14:textId="77777777" w:rsidTr="00B07360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BB83C14" w14:textId="77777777" w:rsidR="005A1E13" w:rsidRDefault="005A1E13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5E5ABEC" w14:textId="77777777" w:rsidR="005A1E13" w:rsidRDefault="005A1E13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70162B7" w14:textId="77777777" w:rsidR="005A1E13" w:rsidRDefault="005A1E13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5B34C232" w14:textId="77777777" w:rsidR="005A1E13" w:rsidRDefault="005A1E13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20AEF74" w14:textId="77777777" w:rsidR="005A1E13" w:rsidRDefault="005A1E13" w:rsidP="00D145C9">
            <w:pPr>
              <w:keepNext/>
            </w:pPr>
          </w:p>
        </w:tc>
      </w:tr>
      <w:tr w:rsidR="005A1E13" w14:paraId="576E3D4E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B35BBB0" w14:textId="77777777" w:rsidR="005A1E13" w:rsidRDefault="005A1E13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86D47FF" w14:textId="77777777" w:rsidR="007A6244" w:rsidRPr="007F2503" w:rsidRDefault="0058225A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58225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58225A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392DCB5F" w:rsidR="007A6244" w:rsidRPr="005A1E13" w:rsidRDefault="0099271E" w:rsidP="00AA7A00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58225A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58225A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58225A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58225A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58225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58225A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58225A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58225A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58225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58225A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58225A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58225A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58225A" w:rsidP="009D5BC3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58225A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58225A">
            <w:pPr>
              <w:keepNext/>
            </w:pPr>
            <w:proofErr w:type="spellStart"/>
            <w:r>
              <w:rPr>
                <w:b/>
                <w:color w:val="0D5F78"/>
              </w:rPr>
              <w:t>Stadiul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58225A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efective</w:t>
            </w:r>
            <w:proofErr w:type="spellEnd"/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58225A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58225A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58225A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58225A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58225A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58225A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58225A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5F4E1" w14:textId="77777777" w:rsidR="00AE0093" w:rsidRDefault="00AE0093">
      <w:r>
        <w:separator/>
      </w:r>
    </w:p>
  </w:endnote>
  <w:endnote w:type="continuationSeparator" w:id="0">
    <w:p w14:paraId="158911D4" w14:textId="77777777" w:rsidR="00AE0093" w:rsidRDefault="00AE0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7691D8E7" w:rsidR="007A6244" w:rsidRDefault="0058225A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A7A0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A7A0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4C3C" w14:textId="77777777" w:rsidR="00AE0093" w:rsidRDefault="00AE0093">
      <w:r>
        <w:separator/>
      </w:r>
    </w:p>
  </w:footnote>
  <w:footnote w:type="continuationSeparator" w:id="0">
    <w:p w14:paraId="506D2C40" w14:textId="77777777" w:rsidR="00AE0093" w:rsidRDefault="00AE0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0309128">
    <w:abstractNumId w:val="8"/>
  </w:num>
  <w:num w:numId="2" w16cid:durableId="1637953433">
    <w:abstractNumId w:val="6"/>
  </w:num>
  <w:num w:numId="3" w16cid:durableId="427166633">
    <w:abstractNumId w:val="5"/>
  </w:num>
  <w:num w:numId="4" w16cid:durableId="267851858">
    <w:abstractNumId w:val="4"/>
  </w:num>
  <w:num w:numId="5" w16cid:durableId="1114597197">
    <w:abstractNumId w:val="7"/>
  </w:num>
  <w:num w:numId="6" w16cid:durableId="976569934">
    <w:abstractNumId w:val="3"/>
  </w:num>
  <w:num w:numId="7" w16cid:durableId="1320840913">
    <w:abstractNumId w:val="2"/>
  </w:num>
  <w:num w:numId="8" w16cid:durableId="1484159002">
    <w:abstractNumId w:val="1"/>
  </w:num>
  <w:num w:numId="9" w16cid:durableId="147201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225A"/>
    <w:rsid w:val="005A1E13"/>
    <w:rsid w:val="006C103E"/>
    <w:rsid w:val="0071655F"/>
    <w:rsid w:val="007A6244"/>
    <w:rsid w:val="007F2503"/>
    <w:rsid w:val="00864AA3"/>
    <w:rsid w:val="0099271E"/>
    <w:rsid w:val="009C5408"/>
    <w:rsid w:val="009D5BC3"/>
    <w:rsid w:val="00A43D71"/>
    <w:rsid w:val="00AA1D8D"/>
    <w:rsid w:val="00AA7A00"/>
    <w:rsid w:val="00AE0093"/>
    <w:rsid w:val="00B07360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5A1E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BFFBA8-17BE-4976-87C7-BBE1E5A0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2026-09-07T10:13:00Z</dcterms:created>
  <dcterms:modified xsi:type="dcterms:W3CDTF">2026-09-07T10:13:00Z</dcterms:modified>
  <cp:category/>
</cp:coreProperties>
</file>