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045BE" w14:paraId="5C935C24" w14:textId="77777777" w:rsidTr="00237461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F1E48FD" w14:textId="6786FEE4" w:rsidR="007045BE" w:rsidRDefault="007045BE" w:rsidP="00237461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07E2EED3" w14:textId="77777777" w:rsidR="007045BE" w:rsidRDefault="007045BE" w:rsidP="0023746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7F0D11F" w14:textId="77777777" w:rsidR="007045BE" w:rsidRDefault="007045BE" w:rsidP="00237461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7045BE" w14:paraId="019AD455" w14:textId="77777777" w:rsidTr="00237461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C42AEAB" w14:textId="77777777" w:rsidR="007045BE" w:rsidRDefault="007045BE" w:rsidP="00237461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5338494" w14:textId="77777777" w:rsidR="007045BE" w:rsidRDefault="007045BE" w:rsidP="00237461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471ECEB" w14:textId="30536F10" w:rsidR="007045BE" w:rsidRDefault="00F72BB6" w:rsidP="00237461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7045BE" w14:paraId="4C19F727" w14:textId="77777777" w:rsidTr="00237461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BD07601" w14:textId="77777777" w:rsidR="007045BE" w:rsidRDefault="007045BE" w:rsidP="00237461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74BD5E2" w14:textId="77777777" w:rsidR="007045BE" w:rsidRDefault="007045BE" w:rsidP="00237461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33593C6C" w14:textId="6288D3CD" w:rsidR="007045BE" w:rsidRDefault="00F72BB6" w:rsidP="00237461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6433A22" w14:textId="26DBE8DE" w:rsidR="007045BE" w:rsidRPr="00F72BB6" w:rsidRDefault="00F72BB6" w:rsidP="00F72BB6">
            <w:pPr>
              <w:keepNext/>
              <w:rPr>
                <w:b/>
                <w:bCs/>
                <w:color w:val="0D5F78"/>
                <w:lang w:val="ro-RO"/>
              </w:rPr>
            </w:pPr>
            <w:r w:rsidRPr="00F72BB6">
              <w:rPr>
                <w:b/>
                <w:color w:val="0D5F78"/>
                <w:lang w:val="ro-RO"/>
              </w:rPr>
              <w:t xml:space="preserve">Adresa oficială </w:t>
            </w:r>
            <w:r w:rsidRPr="00F72BB6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</w:p>
        </w:tc>
      </w:tr>
      <w:tr w:rsidR="007045BE" w14:paraId="02840CBC" w14:textId="77777777" w:rsidTr="00237461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B2B7F71" w14:textId="77777777" w:rsidR="007045BE" w:rsidRDefault="007045BE" w:rsidP="00237461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6EC4D795" w14:textId="77777777" w:rsidR="007045BE" w:rsidRDefault="007045BE" w:rsidP="00237461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08F5E8D" w14:textId="77777777" w:rsidR="007045BE" w:rsidRDefault="007045BE" w:rsidP="00237461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672AFE98" w14:textId="77777777" w:rsidR="007045BE" w:rsidRDefault="007045BE" w:rsidP="00237461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775EFF9" w14:textId="77777777" w:rsidR="007045BE" w:rsidRDefault="007045BE" w:rsidP="00237461">
            <w:pPr>
              <w:keepNext/>
            </w:pPr>
          </w:p>
        </w:tc>
      </w:tr>
      <w:tr w:rsidR="007045BE" w14:paraId="75D79EE4" w14:textId="77777777" w:rsidTr="00237461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EE943B8" w14:textId="77777777" w:rsidR="007045BE" w:rsidRDefault="007045BE" w:rsidP="00237461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CF593E3" w14:textId="77777777" w:rsidR="0092490D" w:rsidRPr="00EC2169" w:rsidRDefault="008D3852">
      <w:pPr>
        <w:spacing w:before="140" w:after="40"/>
        <w:jc w:val="center"/>
        <w:rPr>
          <w:sz w:val="28"/>
          <w:szCs w:val="28"/>
        </w:rPr>
      </w:pPr>
      <w:r w:rsidRPr="00EC2169">
        <w:rPr>
          <w:b/>
          <w:sz w:val="28"/>
          <w:szCs w:val="28"/>
        </w:rPr>
        <w:t>CERERE</w:t>
      </w:r>
    </w:p>
    <w:p w14:paraId="0B2AA7E4" w14:textId="77777777" w:rsidR="0092490D" w:rsidRDefault="0092490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2490D" w14:paraId="4C8A739C" w14:textId="77777777">
        <w:trPr>
          <w:cantSplit/>
        </w:trPr>
        <w:tc>
          <w:tcPr>
            <w:tcW w:w="9636" w:type="dxa"/>
            <w:shd w:val="clear" w:color="auto" w:fill="F4F4F4"/>
          </w:tcPr>
          <w:p w14:paraId="7E77948A" w14:textId="77777777" w:rsidR="0092490D" w:rsidRDefault="008D385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2490D" w:rsidRPr="00975330" w14:paraId="47D04DFF" w14:textId="77777777">
        <w:trPr>
          <w:cantSplit/>
          <w:trHeight w:val="510"/>
        </w:trPr>
        <w:tc>
          <w:tcPr>
            <w:tcW w:w="9636" w:type="dxa"/>
          </w:tcPr>
          <w:p w14:paraId="7681FCB6" w14:textId="77777777" w:rsidR="0092490D" w:rsidRPr="00990104" w:rsidRDefault="008D3852">
            <w:pPr>
              <w:keepNext/>
              <w:rPr>
                <w:lang w:val="fr-FR"/>
              </w:rPr>
            </w:pPr>
            <w:proofErr w:type="spellStart"/>
            <w:r w:rsidRPr="00990104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9BCE290" w14:textId="2F3D4EFB" w:rsidR="007045BE" w:rsidRDefault="00F72BB6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7B27FAE0" w14:textId="57CC754D" w:rsidR="007045BE" w:rsidRPr="007045BE" w:rsidRDefault="007045BE">
            <w:pPr>
              <w:keepNext/>
              <w:rPr>
                <w:color w:val="000000" w:themeColor="text1"/>
                <w:sz w:val="14"/>
                <w:szCs w:val="14"/>
                <w:lang w:val="fr-FR"/>
              </w:rPr>
            </w:pPr>
          </w:p>
        </w:tc>
      </w:tr>
      <w:tr w:rsidR="0092490D" w:rsidRPr="00975330" w14:paraId="322EBF70" w14:textId="77777777">
        <w:trPr>
          <w:cantSplit/>
        </w:trPr>
        <w:tc>
          <w:tcPr>
            <w:tcW w:w="9636" w:type="dxa"/>
            <w:shd w:val="clear" w:color="auto" w:fill="F4F4F4"/>
          </w:tcPr>
          <w:p w14:paraId="1D4D1BC3" w14:textId="77777777" w:rsidR="0092490D" w:rsidRPr="00990104" w:rsidRDefault="008D3852">
            <w:pPr>
              <w:spacing w:line="228" w:lineRule="auto"/>
              <w:rPr>
                <w:lang w:val="fr-FR"/>
              </w:rPr>
            </w:pPr>
            <w:proofErr w:type="spellStart"/>
            <w:r w:rsidRPr="00990104">
              <w:rPr>
                <w:lang w:val="fr-FR"/>
              </w:rPr>
              <w:t>Cererea</w:t>
            </w:r>
            <w:proofErr w:type="spellEnd"/>
            <w:r w:rsidRPr="00990104">
              <w:rPr>
                <w:lang w:val="fr-FR"/>
              </w:rPr>
              <w:t xml:space="preserve"> va fi </w:t>
            </w:r>
            <w:proofErr w:type="spellStart"/>
            <w:r w:rsidRPr="00990104">
              <w:rPr>
                <w:lang w:val="fr-FR"/>
              </w:rPr>
              <w:t>transmisă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către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președintele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consiliului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județean</w:t>
            </w:r>
            <w:proofErr w:type="spellEnd"/>
            <w:r w:rsidRPr="00990104">
              <w:rPr>
                <w:lang w:val="fr-FR"/>
              </w:rPr>
              <w:t xml:space="preserve">, </w:t>
            </w:r>
            <w:proofErr w:type="spellStart"/>
            <w:r w:rsidRPr="00990104">
              <w:rPr>
                <w:lang w:val="fr-FR"/>
              </w:rPr>
              <w:t>primarul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general</w:t>
            </w:r>
            <w:proofErr w:type="spellEnd"/>
            <w:r w:rsidRPr="00990104">
              <w:rPr>
                <w:lang w:val="fr-FR"/>
              </w:rPr>
              <w:t xml:space="preserve">, </w:t>
            </w:r>
            <w:proofErr w:type="spellStart"/>
            <w:r w:rsidRPr="00990104">
              <w:rPr>
                <w:lang w:val="fr-FR"/>
              </w:rPr>
              <w:t>primarul</w:t>
            </w:r>
            <w:proofErr w:type="spellEnd"/>
            <w:r w:rsidRPr="00990104">
              <w:rPr>
                <w:lang w:val="fr-FR"/>
              </w:rPr>
              <w:t xml:space="preserve"> de </w:t>
            </w:r>
            <w:proofErr w:type="spellStart"/>
            <w:r w:rsidRPr="00990104">
              <w:rPr>
                <w:lang w:val="fr-FR"/>
              </w:rPr>
              <w:t>sector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sau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primarul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municipiului</w:t>
            </w:r>
            <w:proofErr w:type="spellEnd"/>
            <w:r w:rsidRPr="00990104">
              <w:rPr>
                <w:lang w:val="fr-FR"/>
              </w:rPr>
              <w:t xml:space="preserve"> / </w:t>
            </w:r>
            <w:proofErr w:type="spellStart"/>
            <w:r w:rsidRPr="00990104">
              <w:rPr>
                <w:lang w:val="fr-FR"/>
              </w:rPr>
              <w:t>orașului</w:t>
            </w:r>
            <w:proofErr w:type="spellEnd"/>
            <w:r w:rsidRPr="00990104">
              <w:rPr>
                <w:lang w:val="fr-FR"/>
              </w:rPr>
              <w:t xml:space="preserve"> / </w:t>
            </w:r>
            <w:proofErr w:type="spellStart"/>
            <w:r w:rsidRPr="00990104">
              <w:rPr>
                <w:lang w:val="fr-FR"/>
              </w:rPr>
              <w:t>comunei</w:t>
            </w:r>
            <w:proofErr w:type="spellEnd"/>
            <w:r w:rsidRPr="00990104">
              <w:rPr>
                <w:lang w:val="fr-FR"/>
              </w:rPr>
              <w:t xml:space="preserve">, </w:t>
            </w:r>
            <w:proofErr w:type="spellStart"/>
            <w:r w:rsidRPr="00990104">
              <w:rPr>
                <w:lang w:val="fr-FR"/>
              </w:rPr>
              <w:t>după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caz</w:t>
            </w:r>
            <w:proofErr w:type="spellEnd"/>
            <w:r w:rsidRPr="00990104">
              <w:rPr>
                <w:lang w:val="fr-FR"/>
              </w:rPr>
              <w:t>.</w:t>
            </w:r>
          </w:p>
        </w:tc>
      </w:tr>
    </w:tbl>
    <w:p w14:paraId="4672FCFC" w14:textId="77777777" w:rsidR="0092490D" w:rsidRPr="00990104" w:rsidRDefault="0092490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2490D" w14:paraId="389667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4602C75" w14:textId="77777777" w:rsidR="0092490D" w:rsidRDefault="008D3852">
            <w:pPr>
              <w:keepNext/>
            </w:pPr>
            <w:r w:rsidRPr="00990104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2490D" w14:paraId="03DFB32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07181E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353ADA" w14:textId="77777777" w:rsidR="0092490D" w:rsidRDefault="0092490D">
            <w:pPr>
              <w:keepNext/>
            </w:pPr>
          </w:p>
        </w:tc>
        <w:tc>
          <w:tcPr>
            <w:tcW w:w="4015" w:type="dxa"/>
            <w:gridSpan w:val="3"/>
          </w:tcPr>
          <w:p w14:paraId="591F6BB9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57490B2" w14:textId="77777777" w:rsidR="0092490D" w:rsidRDefault="0092490D">
            <w:pPr>
              <w:keepNext/>
            </w:pPr>
          </w:p>
        </w:tc>
      </w:tr>
      <w:tr w:rsidR="0092490D" w14:paraId="5F5CF8C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7E82194" w14:textId="77777777" w:rsidR="0092490D" w:rsidRDefault="008D3852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2490D" w14:paraId="018674C0" w14:textId="77777777">
        <w:trPr>
          <w:cantSplit/>
          <w:trHeight w:val="510"/>
        </w:trPr>
        <w:tc>
          <w:tcPr>
            <w:tcW w:w="1606" w:type="dxa"/>
          </w:tcPr>
          <w:p w14:paraId="0CC0546B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49733ED9" w14:textId="77777777" w:rsidR="0092490D" w:rsidRDefault="0092490D">
            <w:pPr>
              <w:keepNext/>
            </w:pPr>
          </w:p>
        </w:tc>
        <w:tc>
          <w:tcPr>
            <w:tcW w:w="1606" w:type="dxa"/>
          </w:tcPr>
          <w:p w14:paraId="653EEA97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9BA81F1" w14:textId="77777777" w:rsidR="0092490D" w:rsidRDefault="0092490D">
            <w:pPr>
              <w:keepNext/>
            </w:pPr>
          </w:p>
        </w:tc>
        <w:tc>
          <w:tcPr>
            <w:tcW w:w="4818" w:type="dxa"/>
            <w:gridSpan w:val="5"/>
          </w:tcPr>
          <w:p w14:paraId="4317C149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15ED2FB" w14:textId="77777777" w:rsidR="0092490D" w:rsidRDefault="0092490D">
            <w:pPr>
              <w:keepNext/>
            </w:pPr>
          </w:p>
        </w:tc>
        <w:tc>
          <w:tcPr>
            <w:tcW w:w="1606" w:type="dxa"/>
          </w:tcPr>
          <w:p w14:paraId="2DD0A946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8FA9DDA" w14:textId="77777777" w:rsidR="0092490D" w:rsidRDefault="0092490D">
            <w:pPr>
              <w:keepNext/>
            </w:pPr>
          </w:p>
        </w:tc>
      </w:tr>
      <w:tr w:rsidR="0092490D" w14:paraId="2337ACE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E399C8E" w14:textId="77777777" w:rsidR="0092490D" w:rsidRDefault="008D385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2490D" w14:paraId="2DC8297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9F123E6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2FB080F" w14:textId="77777777" w:rsidR="0092490D" w:rsidRDefault="0092490D">
            <w:pPr>
              <w:keepNext/>
            </w:pPr>
          </w:p>
        </w:tc>
        <w:tc>
          <w:tcPr>
            <w:tcW w:w="3212" w:type="dxa"/>
            <w:gridSpan w:val="4"/>
          </w:tcPr>
          <w:p w14:paraId="1370ECF3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E3ED8AA" w14:textId="77777777" w:rsidR="0092490D" w:rsidRDefault="0092490D">
            <w:pPr>
              <w:keepNext/>
            </w:pPr>
          </w:p>
        </w:tc>
        <w:tc>
          <w:tcPr>
            <w:tcW w:w="3212" w:type="dxa"/>
            <w:gridSpan w:val="2"/>
          </w:tcPr>
          <w:p w14:paraId="7C0AE4A8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F30308" w14:textId="77777777" w:rsidR="0092490D" w:rsidRDefault="0092490D">
            <w:pPr>
              <w:keepNext/>
            </w:pPr>
          </w:p>
        </w:tc>
      </w:tr>
      <w:tr w:rsidR="0092490D" w14:paraId="062C25E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2EA9E3A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C51088" w14:textId="77777777" w:rsidR="0092490D" w:rsidRDefault="0092490D">
            <w:pPr>
              <w:keepNext/>
            </w:pPr>
          </w:p>
        </w:tc>
        <w:tc>
          <w:tcPr>
            <w:tcW w:w="803" w:type="dxa"/>
          </w:tcPr>
          <w:p w14:paraId="7C17F5D0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3E268C" w14:textId="77777777" w:rsidR="0092490D" w:rsidRDefault="0092490D">
            <w:pPr>
              <w:keepNext/>
            </w:pPr>
          </w:p>
        </w:tc>
        <w:tc>
          <w:tcPr>
            <w:tcW w:w="803" w:type="dxa"/>
          </w:tcPr>
          <w:p w14:paraId="7159979B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51A11D8" w14:textId="77777777" w:rsidR="0092490D" w:rsidRDefault="0092490D">
            <w:pPr>
              <w:keepNext/>
            </w:pPr>
          </w:p>
        </w:tc>
        <w:tc>
          <w:tcPr>
            <w:tcW w:w="803" w:type="dxa"/>
          </w:tcPr>
          <w:p w14:paraId="242B3AC0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979A2D4" w14:textId="77777777" w:rsidR="0092490D" w:rsidRDefault="0092490D">
            <w:pPr>
              <w:keepNext/>
            </w:pPr>
          </w:p>
        </w:tc>
        <w:tc>
          <w:tcPr>
            <w:tcW w:w="803" w:type="dxa"/>
          </w:tcPr>
          <w:p w14:paraId="3A687901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4F6FAF9" w14:textId="77777777" w:rsidR="0092490D" w:rsidRDefault="0092490D">
            <w:pPr>
              <w:keepNext/>
            </w:pPr>
          </w:p>
        </w:tc>
        <w:tc>
          <w:tcPr>
            <w:tcW w:w="1606" w:type="dxa"/>
          </w:tcPr>
          <w:p w14:paraId="2206F39B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BC5048" w14:textId="77777777" w:rsidR="0092490D" w:rsidRDefault="0092490D">
            <w:pPr>
              <w:keepNext/>
            </w:pPr>
          </w:p>
        </w:tc>
        <w:tc>
          <w:tcPr>
            <w:tcW w:w="1606" w:type="dxa"/>
          </w:tcPr>
          <w:p w14:paraId="7660C53A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97B31A3" w14:textId="77777777" w:rsidR="0092490D" w:rsidRDefault="0092490D">
            <w:pPr>
              <w:keepNext/>
            </w:pPr>
          </w:p>
        </w:tc>
      </w:tr>
      <w:tr w:rsidR="0092490D" w14:paraId="7B29F3B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B6500D" w14:textId="77777777" w:rsidR="0092490D" w:rsidRDefault="008D385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2490D" w14:paraId="01B7B86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3778A07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6BF6DA39" w14:textId="77777777" w:rsidR="0092490D" w:rsidRDefault="0092490D">
            <w:pPr>
              <w:keepNext/>
            </w:pPr>
          </w:p>
        </w:tc>
        <w:tc>
          <w:tcPr>
            <w:tcW w:w="5621" w:type="dxa"/>
            <w:gridSpan w:val="5"/>
          </w:tcPr>
          <w:p w14:paraId="781EB8EF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4DA9AF52" w14:textId="77777777" w:rsidR="0092490D" w:rsidRDefault="0092490D">
            <w:pPr>
              <w:keepNext/>
            </w:pPr>
          </w:p>
        </w:tc>
      </w:tr>
      <w:tr w:rsidR="0092490D" w14:paraId="0EA0BBA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02B0D0F" w14:textId="77777777" w:rsidR="0092490D" w:rsidRDefault="008D385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2490D" w14:paraId="60E7F03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474C309C" w14:textId="77777777" w:rsidR="0092490D" w:rsidRDefault="008D3852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0F1A1AB" w14:textId="77777777" w:rsidR="0092490D" w:rsidRDefault="0092490D"/>
        </w:tc>
        <w:tc>
          <w:tcPr>
            <w:tcW w:w="3212" w:type="dxa"/>
            <w:gridSpan w:val="2"/>
          </w:tcPr>
          <w:p w14:paraId="60D40485" w14:textId="77777777" w:rsidR="0092490D" w:rsidRDefault="008D3852">
            <w:r>
              <w:rPr>
                <w:b/>
                <w:color w:val="0D5F78"/>
              </w:rPr>
              <w:t>CUI / CIF</w:t>
            </w:r>
          </w:p>
          <w:p w14:paraId="40BE55A2" w14:textId="77777777" w:rsidR="0092490D" w:rsidRDefault="0092490D"/>
        </w:tc>
      </w:tr>
    </w:tbl>
    <w:p w14:paraId="3CF7F31B" w14:textId="77777777" w:rsidR="0092490D" w:rsidRDefault="0092490D">
      <w:pPr>
        <w:spacing w:line="168" w:lineRule="auto"/>
      </w:pPr>
    </w:p>
    <w:p w14:paraId="0F362D53" w14:textId="037B9FA3" w:rsidR="0092490D" w:rsidRDefault="008D3852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300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2C758CD0" w14:textId="77777777" w:rsidR="0092490D" w:rsidRDefault="008D3852">
      <w:pPr>
        <w:spacing w:before="80" w:after="60"/>
        <w:jc w:val="center"/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34A7E23A" w14:textId="77777777" w:rsidR="0092490D" w:rsidRDefault="008D3852">
      <w:pPr>
        <w:spacing w:after="160"/>
        <w:jc w:val="center"/>
      </w:pPr>
      <w:r>
        <w:rPr>
          <w:b/>
          <w:sz w:val="20"/>
        </w:rPr>
        <w:t>AVIZ DE AMPLASARE</w:t>
      </w:r>
    </w:p>
    <w:p w14:paraId="279E9CAB" w14:textId="390848E8" w:rsidR="0092490D" w:rsidRDefault="0092490D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2490D" w14:paraId="45B98CD8" w14:textId="77777777">
        <w:trPr>
          <w:cantSplit/>
        </w:trPr>
        <w:tc>
          <w:tcPr>
            <w:tcW w:w="9636" w:type="dxa"/>
            <w:shd w:val="clear" w:color="auto" w:fill="F4F4F4"/>
          </w:tcPr>
          <w:p w14:paraId="0AED1E8C" w14:textId="42393A44" w:rsidR="0092490D" w:rsidRDefault="008D3852">
            <w:pPr>
              <w:keepNext/>
            </w:pPr>
            <w:r>
              <w:rPr>
                <w:b/>
                <w:sz w:val="16"/>
              </w:rPr>
              <w:t xml:space="preserve"> 3. </w:t>
            </w:r>
            <w:r w:rsidR="00BC56AE">
              <w:rPr>
                <w:b/>
                <w:sz w:val="16"/>
              </w:rPr>
              <w:t xml:space="preserve">ÎN </w:t>
            </w:r>
            <w:r w:rsidR="00EC2169">
              <w:rPr>
                <w:b/>
                <w:color w:val="000000"/>
                <w:sz w:val="18"/>
              </w:rPr>
              <w:t>VEDEREA</w:t>
            </w:r>
            <w:r>
              <w:rPr>
                <w:b/>
                <w:color w:val="000000"/>
                <w:sz w:val="18"/>
              </w:rPr>
              <w:t xml:space="preserve"> </w:t>
            </w:r>
            <w:r w:rsidR="00EC2169">
              <w:rPr>
                <w:b/>
                <w:color w:val="000000"/>
                <w:sz w:val="18"/>
              </w:rPr>
              <w:t>AMPLASĂRII:</w:t>
            </w:r>
          </w:p>
        </w:tc>
      </w:tr>
      <w:tr w:rsidR="0092490D" w14:paraId="5DB62554" w14:textId="77777777">
        <w:trPr>
          <w:cantSplit/>
        </w:trPr>
        <w:tc>
          <w:tcPr>
            <w:tcW w:w="9636" w:type="dxa"/>
          </w:tcPr>
          <w:p w14:paraId="7A5D05D8" w14:textId="77777777" w:rsidR="0092490D" w:rsidRDefault="008D3852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92490D" w14:paraId="6673C1E1" w14:textId="77777777">
        <w:trPr>
          <w:cantSplit/>
        </w:trPr>
        <w:tc>
          <w:tcPr>
            <w:tcW w:w="9636" w:type="dxa"/>
          </w:tcPr>
          <w:p w14:paraId="2FC2FD14" w14:textId="2BEEAD93" w:rsidR="0092490D" w:rsidRDefault="008D3852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</w:t>
            </w:r>
            <w:r w:rsid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privind</w:t>
            </w:r>
            <w:proofErr w:type="spellEnd"/>
            <w:r w:rsidR="00D52CF1" w:rsidRP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calitatea</w:t>
            </w:r>
            <w:proofErr w:type="spellEnd"/>
            <w:r w:rsidR="00D52CF1" w:rsidRP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aerului</w:t>
            </w:r>
            <w:proofErr w:type="spellEnd"/>
            <w:r w:rsidR="00D52CF1" w:rsidRP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înconjurător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92490D" w14:paraId="4B57A567" w14:textId="77777777">
        <w:trPr>
          <w:cantSplit/>
        </w:trPr>
        <w:tc>
          <w:tcPr>
            <w:tcW w:w="9636" w:type="dxa"/>
          </w:tcPr>
          <w:p w14:paraId="01E1B7DF" w14:textId="77777777" w:rsidR="0092490D" w:rsidRDefault="008D3852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92490D" w:rsidRPr="00975330" w14:paraId="1CEC34A4" w14:textId="77777777">
        <w:trPr>
          <w:cantSplit/>
        </w:trPr>
        <w:tc>
          <w:tcPr>
            <w:tcW w:w="9636" w:type="dxa"/>
          </w:tcPr>
          <w:p w14:paraId="7C712D85" w14:textId="77777777"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d) </w:t>
            </w:r>
            <w:proofErr w:type="spellStart"/>
            <w:r w:rsidRPr="00990104">
              <w:rPr>
                <w:sz w:val="16"/>
                <w:lang w:val="fr-FR"/>
              </w:rPr>
              <w:t>elemente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semnalizare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rutieră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plăcuțe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nomenclatură</w:t>
            </w:r>
            <w:proofErr w:type="spellEnd"/>
            <w:r w:rsidRPr="00990104">
              <w:rPr>
                <w:sz w:val="16"/>
                <w:lang w:val="fr-FR"/>
              </w:rPr>
              <w:t xml:space="preserve"> / </w:t>
            </w:r>
            <w:proofErr w:type="spellStart"/>
            <w:r w:rsidRPr="00990104">
              <w:rPr>
                <w:sz w:val="16"/>
                <w:lang w:val="fr-FR"/>
              </w:rPr>
              <w:t>identificare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stradală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și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sisteme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monitorizare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video</w:t>
            </w:r>
            <w:proofErr w:type="spellEnd"/>
            <w:r w:rsidRPr="00990104">
              <w:rPr>
                <w:sz w:val="16"/>
                <w:lang w:val="fr-FR"/>
              </w:rPr>
              <w:t xml:space="preserve"> a </w:t>
            </w:r>
            <w:proofErr w:type="spellStart"/>
            <w:r w:rsidRPr="00990104">
              <w:rPr>
                <w:sz w:val="16"/>
                <w:lang w:val="fr-FR"/>
              </w:rPr>
              <w:t>traficului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rutier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și</w:t>
            </w:r>
            <w:proofErr w:type="spellEnd"/>
            <w:r w:rsidRPr="00990104">
              <w:rPr>
                <w:sz w:val="16"/>
                <w:lang w:val="fr-FR"/>
              </w:rPr>
              <w:t xml:space="preserve"> a </w:t>
            </w:r>
            <w:proofErr w:type="spellStart"/>
            <w:r w:rsidRPr="00990104">
              <w:rPr>
                <w:sz w:val="16"/>
                <w:lang w:val="fr-FR"/>
              </w:rPr>
              <w:t>siguranței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92490D" w14:paraId="641388B9" w14:textId="77777777">
        <w:trPr>
          <w:cantSplit/>
        </w:trPr>
        <w:tc>
          <w:tcPr>
            <w:tcW w:w="9636" w:type="dxa"/>
          </w:tcPr>
          <w:p w14:paraId="2CAC2BA8" w14:textId="77777777" w:rsidR="0092490D" w:rsidRDefault="008D3852">
            <w:pPr>
              <w:keepNext/>
            </w:pPr>
            <w:r w:rsidRPr="00990104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92490D" w14:paraId="7619847E" w14:textId="77777777">
        <w:trPr>
          <w:cantSplit/>
        </w:trPr>
        <w:tc>
          <w:tcPr>
            <w:tcW w:w="9636" w:type="dxa"/>
          </w:tcPr>
          <w:p w14:paraId="5C70FFFD" w14:textId="77777777" w:rsidR="0092490D" w:rsidRDefault="008D3852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92490D" w14:paraId="3D14304B" w14:textId="77777777">
        <w:trPr>
          <w:cantSplit/>
        </w:trPr>
        <w:tc>
          <w:tcPr>
            <w:tcW w:w="9636" w:type="dxa"/>
          </w:tcPr>
          <w:p w14:paraId="4BFCD214" w14:textId="77777777" w:rsidR="0092490D" w:rsidRDefault="008D3852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92490D" w:rsidRPr="00975330" w14:paraId="311CD8D5" w14:textId="77777777">
        <w:trPr>
          <w:cantSplit/>
        </w:trPr>
        <w:tc>
          <w:tcPr>
            <w:tcW w:w="9636" w:type="dxa"/>
          </w:tcPr>
          <w:p w14:paraId="4A8D7DB8" w14:textId="77777777"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h) </w:t>
            </w:r>
            <w:proofErr w:type="spellStart"/>
            <w:r w:rsidRPr="00990104">
              <w:rPr>
                <w:sz w:val="16"/>
                <w:lang w:val="fr-FR"/>
              </w:rPr>
              <w:t>amenajări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temporare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în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aer</w:t>
            </w:r>
            <w:proofErr w:type="spellEnd"/>
            <w:r w:rsidRPr="00990104">
              <w:rPr>
                <w:sz w:val="16"/>
                <w:lang w:val="fr-FR"/>
              </w:rPr>
              <w:t xml:space="preserve"> liber </w:t>
            </w:r>
            <w:proofErr w:type="spellStart"/>
            <w:r w:rsidRPr="00990104">
              <w:rPr>
                <w:sz w:val="16"/>
                <w:lang w:val="fr-FR"/>
              </w:rPr>
              <w:t>pentru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activitățile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spectacole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întruniri</w:t>
            </w:r>
            <w:proofErr w:type="spellEnd"/>
            <w:r w:rsidRPr="00990104">
              <w:rPr>
                <w:sz w:val="16"/>
                <w:lang w:val="fr-FR"/>
              </w:rPr>
              <w:t xml:space="preserve">, concerte, </w:t>
            </w:r>
            <w:proofErr w:type="spellStart"/>
            <w:r w:rsidRPr="00990104">
              <w:rPr>
                <w:sz w:val="16"/>
                <w:lang w:val="fr-FR"/>
              </w:rPr>
              <w:t>proiecții</w:t>
            </w:r>
            <w:proofErr w:type="spellEnd"/>
            <w:r w:rsidRPr="00990104">
              <w:rPr>
                <w:sz w:val="16"/>
                <w:lang w:val="fr-FR"/>
              </w:rPr>
              <w:t xml:space="preserve"> de filme, </w:t>
            </w:r>
            <w:proofErr w:type="spellStart"/>
            <w:r w:rsidRPr="00990104">
              <w:rPr>
                <w:sz w:val="16"/>
                <w:lang w:val="fr-FR"/>
              </w:rPr>
              <w:t>târguri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expoziții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jocuri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artificii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sau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spectacole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pirotehnice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circuri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alimentație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publică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patinoare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parcuri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92490D" w:rsidRPr="00975330" w14:paraId="1F58E5B0" w14:textId="77777777">
        <w:trPr>
          <w:cantSplit/>
        </w:trPr>
        <w:tc>
          <w:tcPr>
            <w:tcW w:w="9636" w:type="dxa"/>
          </w:tcPr>
          <w:p w14:paraId="3AB726D1" w14:textId="77777777" w:rsidR="0092490D" w:rsidRPr="00990104" w:rsidRDefault="008D3852">
            <w:pPr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i) </w:t>
            </w:r>
            <w:proofErr w:type="spellStart"/>
            <w:r w:rsidRPr="00990104">
              <w:rPr>
                <w:sz w:val="16"/>
                <w:lang w:val="fr-FR"/>
              </w:rPr>
              <w:t>stație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automată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fixă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monitorizare</w:t>
            </w:r>
            <w:proofErr w:type="spellEnd"/>
            <w:r w:rsidRPr="00990104">
              <w:rPr>
                <w:sz w:val="16"/>
                <w:lang w:val="fr-FR"/>
              </w:rPr>
              <w:t xml:space="preserve"> a </w:t>
            </w:r>
            <w:proofErr w:type="spellStart"/>
            <w:r w:rsidRPr="00990104">
              <w:rPr>
                <w:sz w:val="16"/>
                <w:lang w:val="fr-FR"/>
              </w:rPr>
              <w:t>nivelului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zgomot</w:t>
            </w:r>
            <w:proofErr w:type="spellEnd"/>
            <w:r w:rsidRPr="00990104">
              <w:rPr>
                <w:sz w:val="16"/>
                <w:lang w:val="fr-FR"/>
              </w:rPr>
              <w:t xml:space="preserve"> ambiant</w:t>
            </w:r>
          </w:p>
        </w:tc>
      </w:tr>
    </w:tbl>
    <w:p w14:paraId="30704889" w14:textId="77777777" w:rsidR="0092490D" w:rsidRPr="00990104" w:rsidRDefault="0092490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2490D" w14:paraId="0EB3461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E9B8111" w14:textId="77777777" w:rsidR="0092490D" w:rsidRDefault="008D3852">
            <w:pPr>
              <w:keepNext/>
            </w:pPr>
            <w:r w:rsidRPr="00990104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2490D" w14:paraId="76511487" w14:textId="77777777">
        <w:trPr>
          <w:cantSplit/>
        </w:trPr>
        <w:tc>
          <w:tcPr>
            <w:tcW w:w="9636" w:type="dxa"/>
            <w:gridSpan w:val="6"/>
          </w:tcPr>
          <w:p w14:paraId="0E949CD3" w14:textId="77777777" w:rsidR="0092490D" w:rsidRDefault="008D3852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2490D" w14:paraId="5A36700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8D82FE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2E71F2C" w14:textId="77777777" w:rsidR="0092490D" w:rsidRDefault="0092490D">
            <w:pPr>
              <w:keepNext/>
            </w:pPr>
          </w:p>
        </w:tc>
        <w:tc>
          <w:tcPr>
            <w:tcW w:w="3212" w:type="dxa"/>
            <w:gridSpan w:val="2"/>
          </w:tcPr>
          <w:p w14:paraId="47A386BE" w14:textId="77777777"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677503DC" w14:textId="77777777" w:rsidR="0092490D" w:rsidRDefault="0092490D">
            <w:pPr>
              <w:keepNext/>
            </w:pPr>
          </w:p>
        </w:tc>
        <w:tc>
          <w:tcPr>
            <w:tcW w:w="3212" w:type="dxa"/>
            <w:gridSpan w:val="2"/>
          </w:tcPr>
          <w:p w14:paraId="0F21EACA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2338EF06" w14:textId="77777777" w:rsidR="0092490D" w:rsidRDefault="0092490D">
            <w:pPr>
              <w:keepNext/>
            </w:pPr>
          </w:p>
        </w:tc>
      </w:tr>
      <w:tr w:rsidR="0092490D" w14:paraId="51CC4E81" w14:textId="77777777">
        <w:trPr>
          <w:cantSplit/>
          <w:trHeight w:val="510"/>
        </w:trPr>
        <w:tc>
          <w:tcPr>
            <w:tcW w:w="1606" w:type="dxa"/>
          </w:tcPr>
          <w:p w14:paraId="757494E1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8081DD" w14:textId="77777777" w:rsidR="0092490D" w:rsidRDefault="0092490D">
            <w:pPr>
              <w:keepNext/>
            </w:pPr>
          </w:p>
        </w:tc>
        <w:tc>
          <w:tcPr>
            <w:tcW w:w="4818" w:type="dxa"/>
            <w:gridSpan w:val="3"/>
          </w:tcPr>
          <w:p w14:paraId="2102B428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FC63732" w14:textId="77777777" w:rsidR="0092490D" w:rsidRDefault="0092490D">
            <w:pPr>
              <w:keepNext/>
            </w:pPr>
          </w:p>
        </w:tc>
        <w:tc>
          <w:tcPr>
            <w:tcW w:w="803" w:type="dxa"/>
          </w:tcPr>
          <w:p w14:paraId="7240831B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FF28C16" w14:textId="77777777" w:rsidR="0092490D" w:rsidRDefault="0092490D">
            <w:pPr>
              <w:keepNext/>
            </w:pPr>
          </w:p>
        </w:tc>
        <w:tc>
          <w:tcPr>
            <w:tcW w:w="2409" w:type="dxa"/>
          </w:tcPr>
          <w:p w14:paraId="06F4E36A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7BC50E8E" w14:textId="77777777" w:rsidR="0092490D" w:rsidRDefault="0092490D">
            <w:pPr>
              <w:keepNext/>
            </w:pPr>
          </w:p>
        </w:tc>
      </w:tr>
      <w:tr w:rsidR="0092490D" w14:paraId="0911DE43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5EC7A84" w14:textId="77777777" w:rsidR="0092490D" w:rsidRPr="00990104" w:rsidRDefault="008D3852">
            <w:pPr>
              <w:keepNext/>
              <w:rPr>
                <w:lang w:val="fr-FR"/>
              </w:rPr>
            </w:pPr>
            <w:proofErr w:type="spellStart"/>
            <w:r w:rsidRPr="00990104">
              <w:rPr>
                <w:b/>
                <w:color w:val="0D5F78"/>
                <w:lang w:val="fr-FR"/>
              </w:rPr>
              <w:t>Număr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cadastral</w:t>
            </w:r>
          </w:p>
          <w:p w14:paraId="7C24D0A6" w14:textId="77777777" w:rsidR="0092490D" w:rsidRPr="00990104" w:rsidRDefault="008D3852">
            <w:pPr>
              <w:keepNext/>
              <w:rPr>
                <w:lang w:val="fr-FR"/>
              </w:rPr>
            </w:pPr>
            <w:proofErr w:type="spellStart"/>
            <w:proofErr w:type="gramStart"/>
            <w:r w:rsidRPr="00990104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90104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90104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90104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90104">
              <w:rPr>
                <w:i/>
                <w:color w:val="7A7A7A"/>
                <w:lang w:val="fr-FR"/>
              </w:rPr>
              <w:t>în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e-Terra</w:t>
            </w:r>
          </w:p>
          <w:p w14:paraId="2B656113" w14:textId="77777777" w:rsidR="0092490D" w:rsidRPr="00990104" w:rsidRDefault="0092490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B49D79D" w14:textId="77777777"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AE18757" w14:textId="77777777" w:rsidR="0092490D" w:rsidRDefault="0092490D">
            <w:pPr>
              <w:keepNext/>
            </w:pPr>
          </w:p>
        </w:tc>
      </w:tr>
      <w:tr w:rsidR="0092490D" w14:paraId="47979600" w14:textId="77777777">
        <w:trPr>
          <w:cantSplit/>
        </w:trPr>
        <w:tc>
          <w:tcPr>
            <w:tcW w:w="9636" w:type="dxa"/>
            <w:gridSpan w:val="6"/>
          </w:tcPr>
          <w:p w14:paraId="0D887906" w14:textId="77777777" w:rsidR="0092490D" w:rsidRDefault="008D3852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624808" w14:textId="77777777" w:rsidR="0092490D" w:rsidRDefault="0092490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2490D" w14:paraId="5B44F8C0" w14:textId="77777777">
        <w:trPr>
          <w:cantSplit/>
        </w:trPr>
        <w:tc>
          <w:tcPr>
            <w:tcW w:w="9636" w:type="dxa"/>
            <w:shd w:val="clear" w:color="auto" w:fill="F4F4F4"/>
          </w:tcPr>
          <w:p w14:paraId="5E722010" w14:textId="77777777" w:rsidR="0092490D" w:rsidRDefault="008D3852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92490D" w:rsidRPr="00975330" w14:paraId="68C205CA" w14:textId="77777777">
        <w:trPr>
          <w:cantSplit/>
          <w:trHeight w:val="510"/>
        </w:trPr>
        <w:tc>
          <w:tcPr>
            <w:tcW w:w="9636" w:type="dxa"/>
          </w:tcPr>
          <w:p w14:paraId="0007D005" w14:textId="77777777" w:rsidR="0092490D" w:rsidRPr="00990104" w:rsidRDefault="008D3852">
            <w:pPr>
              <w:rPr>
                <w:lang w:val="fr-FR"/>
              </w:rPr>
            </w:pPr>
            <w:proofErr w:type="spellStart"/>
            <w:r w:rsidRPr="00990104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și</w:t>
            </w:r>
            <w:proofErr w:type="spellEnd"/>
            <w:r w:rsidRPr="00990104">
              <w:rPr>
                <w:b/>
                <w:color w:val="0D5F78"/>
                <w:lang w:val="fr-FR"/>
              </w:rPr>
              <w:t>/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sau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a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construcției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pentru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care se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solicită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avizul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(m²)</w:t>
            </w:r>
          </w:p>
          <w:p w14:paraId="46C4035E" w14:textId="77777777" w:rsidR="0092490D" w:rsidRPr="00990104" w:rsidRDefault="0092490D">
            <w:pPr>
              <w:rPr>
                <w:lang w:val="fr-FR"/>
              </w:rPr>
            </w:pPr>
          </w:p>
        </w:tc>
      </w:tr>
    </w:tbl>
    <w:p w14:paraId="7664F949" w14:textId="77777777" w:rsidR="0092490D" w:rsidRPr="00990104" w:rsidRDefault="0092490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2490D" w14:paraId="473E4B79" w14:textId="77777777">
        <w:trPr>
          <w:cantSplit/>
        </w:trPr>
        <w:tc>
          <w:tcPr>
            <w:tcW w:w="9636" w:type="dxa"/>
            <w:shd w:val="clear" w:color="auto" w:fill="F4F4F4"/>
          </w:tcPr>
          <w:p w14:paraId="1ABC5CBC" w14:textId="77777777" w:rsidR="0092490D" w:rsidRDefault="008D3852">
            <w:pPr>
              <w:keepNext/>
            </w:pPr>
            <w:r w:rsidRPr="00990104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ANEXEZ PREZENTEI SOLICITĂRI</w:t>
            </w:r>
          </w:p>
        </w:tc>
      </w:tr>
      <w:tr w:rsidR="0092490D" w:rsidRPr="00975330" w14:paraId="149825A9" w14:textId="77777777">
        <w:trPr>
          <w:cantSplit/>
        </w:trPr>
        <w:tc>
          <w:tcPr>
            <w:tcW w:w="9636" w:type="dxa"/>
          </w:tcPr>
          <w:p w14:paraId="3BE23D1F" w14:textId="77777777"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copie a </w:t>
            </w:r>
            <w:proofErr w:type="spellStart"/>
            <w:r w:rsidRPr="00990104">
              <w:rPr>
                <w:sz w:val="16"/>
                <w:lang w:val="fr-FR"/>
              </w:rPr>
              <w:t>certificatului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înregistrare</w:t>
            </w:r>
            <w:proofErr w:type="spellEnd"/>
            <w:r w:rsidRPr="00990104">
              <w:rPr>
                <w:sz w:val="16"/>
                <w:lang w:val="fr-FR"/>
              </w:rPr>
              <w:t xml:space="preserve"> (C.U.I.)</w:t>
            </w:r>
          </w:p>
          <w:p w14:paraId="714F91C5" w14:textId="77777777"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copie a </w:t>
            </w:r>
            <w:proofErr w:type="spellStart"/>
            <w:r w:rsidRPr="00990104">
              <w:rPr>
                <w:sz w:val="16"/>
                <w:lang w:val="fr-FR"/>
              </w:rPr>
              <w:t>actului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identitate</w:t>
            </w:r>
            <w:proofErr w:type="spellEnd"/>
            <w:r w:rsidRPr="00990104">
              <w:rPr>
                <w:sz w:val="16"/>
                <w:lang w:val="fr-FR"/>
              </w:rPr>
              <w:t xml:space="preserve"> al </w:t>
            </w:r>
            <w:proofErr w:type="spellStart"/>
            <w:r w:rsidRPr="00990104">
              <w:rPr>
                <w:sz w:val="16"/>
                <w:lang w:val="fr-FR"/>
              </w:rPr>
              <w:t>asociatului</w:t>
            </w:r>
            <w:proofErr w:type="spellEnd"/>
            <w:r w:rsidRPr="00990104">
              <w:rPr>
                <w:sz w:val="16"/>
                <w:lang w:val="fr-FR"/>
              </w:rPr>
              <w:t xml:space="preserve"> / </w:t>
            </w:r>
            <w:proofErr w:type="spellStart"/>
            <w:r w:rsidRPr="00990104">
              <w:rPr>
                <w:sz w:val="16"/>
                <w:lang w:val="fr-FR"/>
              </w:rPr>
              <w:t>administratorului</w:t>
            </w:r>
            <w:proofErr w:type="spellEnd"/>
          </w:p>
        </w:tc>
      </w:tr>
      <w:tr w:rsidR="0092490D" w:rsidRPr="00975330" w14:paraId="36A877AF" w14:textId="77777777">
        <w:trPr>
          <w:cantSplit/>
        </w:trPr>
        <w:tc>
          <w:tcPr>
            <w:tcW w:w="9636" w:type="dxa"/>
          </w:tcPr>
          <w:p w14:paraId="2BE977DF" w14:textId="77777777"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990104">
              <w:rPr>
                <w:sz w:val="16"/>
                <w:lang w:val="fr-FR"/>
              </w:rPr>
              <w:t>funciară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pentru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informare</w:t>
            </w:r>
            <w:proofErr w:type="spellEnd"/>
            <w:r w:rsidRPr="00990104">
              <w:rPr>
                <w:sz w:val="16"/>
                <w:lang w:val="fr-FR"/>
              </w:rPr>
              <w:t xml:space="preserve">     ☐ plan de </w:t>
            </w:r>
            <w:proofErr w:type="spellStart"/>
            <w:r w:rsidRPr="00990104">
              <w:rPr>
                <w:sz w:val="16"/>
                <w:lang w:val="fr-FR"/>
              </w:rPr>
              <w:t>amplasament</w:t>
            </w:r>
            <w:proofErr w:type="spellEnd"/>
            <w:r w:rsidRPr="00990104">
              <w:rPr>
                <w:sz w:val="16"/>
                <w:lang w:val="fr-FR"/>
              </w:rPr>
              <w:t xml:space="preserve">     ☐ </w:t>
            </w:r>
            <w:proofErr w:type="spellStart"/>
            <w:r w:rsidRPr="00990104">
              <w:rPr>
                <w:sz w:val="16"/>
                <w:lang w:val="fr-FR"/>
              </w:rPr>
              <w:t>contract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închiriere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după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92490D" w14:paraId="582FCAF4" w14:textId="77777777">
        <w:trPr>
          <w:cantSplit/>
        </w:trPr>
        <w:tc>
          <w:tcPr>
            <w:tcW w:w="9636" w:type="dxa"/>
          </w:tcPr>
          <w:p w14:paraId="78044DF6" w14:textId="77777777" w:rsidR="0092490D" w:rsidRDefault="008D3852">
            <w:pPr>
              <w:keepNext/>
            </w:pPr>
            <w:r w:rsidRPr="00990104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memoriu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anterior,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  <w:tr w:rsidR="0092490D" w14:paraId="21DFED06" w14:textId="77777777">
        <w:trPr>
          <w:cantSplit/>
        </w:trPr>
        <w:tc>
          <w:tcPr>
            <w:tcW w:w="9636" w:type="dxa"/>
          </w:tcPr>
          <w:p w14:paraId="3C89E4C2" w14:textId="77777777" w:rsidR="0092490D" w:rsidRDefault="0092490D">
            <w:pPr>
              <w:pBdr>
                <w:bottom w:val="dotted" w:sz="6" w:space="0" w:color="999999"/>
              </w:pBdr>
              <w:spacing w:after="80"/>
            </w:pPr>
          </w:p>
          <w:p w14:paraId="1119B275" w14:textId="77777777" w:rsidR="0092490D" w:rsidRDefault="0092490D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2694D3B3" w14:textId="77777777" w:rsidR="0092490D" w:rsidRDefault="0092490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2490D" w14:paraId="731F448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8A4FAC" w14:textId="77777777" w:rsidR="0092490D" w:rsidRDefault="008D3852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2490D" w14:paraId="47AEC3A8" w14:textId="77777777">
        <w:trPr>
          <w:cantSplit/>
        </w:trPr>
        <w:tc>
          <w:tcPr>
            <w:tcW w:w="9636" w:type="dxa"/>
            <w:gridSpan w:val="3"/>
          </w:tcPr>
          <w:p w14:paraId="1196224E" w14:textId="77777777" w:rsidR="0092490D" w:rsidRDefault="008D3852">
            <w:pPr>
              <w:keepNext/>
              <w:spacing w:line="228" w:lineRule="auto"/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pe propria </w:t>
            </w:r>
            <w:proofErr w:type="spellStart"/>
            <w:r>
              <w:rPr>
                <w:i/>
                <w:sz w:val="17"/>
              </w:rPr>
              <w:t>răspundere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cunoscând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prevederile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falsul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datele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înscrise</w:t>
            </w:r>
            <w:proofErr w:type="spellEnd"/>
            <w:r>
              <w:rPr>
                <w:i/>
                <w:sz w:val="17"/>
              </w:rPr>
              <w:t xml:space="preserve"> sunt </w:t>
            </w:r>
            <w:proofErr w:type="spellStart"/>
            <w:r>
              <w:rPr>
                <w:i/>
                <w:sz w:val="17"/>
              </w:rPr>
              <w:t>reale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exacte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  <w:tr w:rsidR="0092490D" w14:paraId="2CE6095D" w14:textId="77777777">
        <w:trPr>
          <w:cantSplit/>
          <w:trHeight w:val="510"/>
        </w:trPr>
        <w:tc>
          <w:tcPr>
            <w:tcW w:w="1606" w:type="dxa"/>
          </w:tcPr>
          <w:p w14:paraId="1694DC26" w14:textId="77777777" w:rsidR="0092490D" w:rsidRDefault="008D3852">
            <w:r>
              <w:rPr>
                <w:b/>
                <w:color w:val="0D5F78"/>
              </w:rPr>
              <w:t>Data</w:t>
            </w:r>
          </w:p>
          <w:p w14:paraId="67CE68A8" w14:textId="77777777" w:rsidR="0092490D" w:rsidRDefault="0092490D"/>
        </w:tc>
        <w:tc>
          <w:tcPr>
            <w:tcW w:w="4818" w:type="dxa"/>
          </w:tcPr>
          <w:p w14:paraId="7491E07A" w14:textId="77777777" w:rsidR="0092490D" w:rsidRDefault="008D3852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5D944B" w14:textId="77777777" w:rsidR="0092490D" w:rsidRDefault="0092490D"/>
        </w:tc>
        <w:tc>
          <w:tcPr>
            <w:tcW w:w="3212" w:type="dxa"/>
          </w:tcPr>
          <w:p w14:paraId="700ED158" w14:textId="77777777" w:rsidR="0092490D" w:rsidRDefault="008D3852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381FD7B" w14:textId="77777777" w:rsidR="0092490D" w:rsidRDefault="0092490D"/>
        </w:tc>
      </w:tr>
    </w:tbl>
    <w:p w14:paraId="1001F8AC" w14:textId="77777777" w:rsidR="0092490D" w:rsidRDefault="0092490D">
      <w:pPr>
        <w:spacing w:line="168" w:lineRule="auto"/>
      </w:pPr>
    </w:p>
    <w:sectPr w:rsidR="0092490D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38544" w14:textId="77777777" w:rsidR="00DB0527" w:rsidRDefault="00DB0527">
      <w:r>
        <w:separator/>
      </w:r>
    </w:p>
  </w:endnote>
  <w:endnote w:type="continuationSeparator" w:id="0">
    <w:p w14:paraId="6BEFC28F" w14:textId="77777777" w:rsidR="00DB0527" w:rsidRDefault="00DB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BAA" w14:textId="47BD4C5D" w:rsidR="0092490D" w:rsidRDefault="008D3852">
    <w:pPr>
      <w:pStyle w:val="Footer"/>
      <w:tabs>
        <w:tab w:val="right" w:pos="9639"/>
      </w:tabs>
    </w:pPr>
    <w:r>
      <w:rPr>
        <w:color w:val="595959"/>
      </w:rPr>
      <w:t>F_0</w:t>
    </w:r>
    <w:r w:rsidR="00990104">
      <w:rPr>
        <w:color w:val="595959"/>
      </w:rPr>
      <w:t>5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80EC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80EC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C3F6E" w14:textId="77777777" w:rsidR="00DB0527" w:rsidRDefault="00DB0527">
      <w:r>
        <w:separator/>
      </w:r>
    </w:p>
  </w:footnote>
  <w:footnote w:type="continuationSeparator" w:id="0">
    <w:p w14:paraId="3F0F48BE" w14:textId="77777777" w:rsidR="00DB0527" w:rsidRDefault="00DB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8634" w14:textId="2FE56E77" w:rsidR="00975330" w:rsidRDefault="00975330">
    <w:pPr>
      <w:pStyle w:val="Header"/>
      <w:rPr>
        <w:color w:val="595959"/>
      </w:rPr>
    </w:pPr>
  </w:p>
  <w:p w14:paraId="2AB49B24" w14:textId="77777777" w:rsidR="00975330" w:rsidRDefault="009753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825309">
    <w:abstractNumId w:val="8"/>
  </w:num>
  <w:num w:numId="2" w16cid:durableId="833839701">
    <w:abstractNumId w:val="6"/>
  </w:num>
  <w:num w:numId="3" w16cid:durableId="2137597460">
    <w:abstractNumId w:val="5"/>
  </w:num>
  <w:num w:numId="4" w16cid:durableId="356975155">
    <w:abstractNumId w:val="4"/>
  </w:num>
  <w:num w:numId="5" w16cid:durableId="756907078">
    <w:abstractNumId w:val="7"/>
  </w:num>
  <w:num w:numId="6" w16cid:durableId="878591163">
    <w:abstractNumId w:val="3"/>
  </w:num>
  <w:num w:numId="7" w16cid:durableId="1603876550">
    <w:abstractNumId w:val="2"/>
  </w:num>
  <w:num w:numId="8" w16cid:durableId="1759714914">
    <w:abstractNumId w:val="1"/>
  </w:num>
  <w:num w:numId="9" w16cid:durableId="1294674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72F"/>
    <w:rsid w:val="00034616"/>
    <w:rsid w:val="0006063C"/>
    <w:rsid w:val="00111A69"/>
    <w:rsid w:val="0015074B"/>
    <w:rsid w:val="0029639D"/>
    <w:rsid w:val="00326F90"/>
    <w:rsid w:val="00627198"/>
    <w:rsid w:val="006C43AC"/>
    <w:rsid w:val="007045BE"/>
    <w:rsid w:val="00780EC6"/>
    <w:rsid w:val="007C2B1F"/>
    <w:rsid w:val="008D3852"/>
    <w:rsid w:val="0092490D"/>
    <w:rsid w:val="00975330"/>
    <w:rsid w:val="00990104"/>
    <w:rsid w:val="00AA1D8D"/>
    <w:rsid w:val="00AB55EB"/>
    <w:rsid w:val="00B47730"/>
    <w:rsid w:val="00BC56AE"/>
    <w:rsid w:val="00BD30EC"/>
    <w:rsid w:val="00BE34CB"/>
    <w:rsid w:val="00CB0664"/>
    <w:rsid w:val="00D52CF1"/>
    <w:rsid w:val="00DB0527"/>
    <w:rsid w:val="00DC729B"/>
    <w:rsid w:val="00E61A6B"/>
    <w:rsid w:val="00EC2169"/>
    <w:rsid w:val="00F72B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FB69F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7045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F060B8-953C-4FF0-9300-30C9608D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2026-09-07T10:30:00Z</dcterms:created>
  <dcterms:modified xsi:type="dcterms:W3CDTF">2026-09-07T10:30:00Z</dcterms:modified>
  <cp:category/>
</cp:coreProperties>
</file>